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D4933" w14:textId="77777777" w:rsidR="001C7CB0" w:rsidRDefault="001C7CB0" w:rsidP="00136897">
      <w:pPr>
        <w:spacing w:after="40"/>
        <w:jc w:val="center"/>
        <w:rPr>
          <w:rFonts w:ascii="Arial" w:hAnsi="Arial"/>
          <w:b/>
          <w:sz w:val="24"/>
        </w:rPr>
      </w:pPr>
    </w:p>
    <w:p w14:paraId="6C993187" w14:textId="77777777" w:rsidR="001C7CB0" w:rsidRPr="00F14AC2" w:rsidRDefault="001C7CB0" w:rsidP="00F14AC2">
      <w:pPr>
        <w:spacing w:after="0"/>
        <w:jc w:val="center"/>
        <w:rPr>
          <w:rFonts w:ascii="Arial" w:hAnsi="Arial" w:cs="Arial"/>
          <w:sz w:val="24"/>
          <w:szCs w:val="24"/>
        </w:rPr>
      </w:pPr>
      <w:r w:rsidRPr="00F14AC2">
        <w:rPr>
          <w:rFonts w:ascii="Arial" w:hAnsi="Arial" w:cs="Arial"/>
          <w:b/>
          <w:sz w:val="24"/>
          <w:szCs w:val="24"/>
        </w:rPr>
        <w:t>STATE OF HAWAIʻI</w:t>
      </w:r>
      <w:r w:rsidRPr="00F14AC2">
        <w:rPr>
          <w:rFonts w:ascii="Arial" w:hAnsi="Arial" w:cs="Arial"/>
          <w:b/>
          <w:sz w:val="24"/>
          <w:szCs w:val="24"/>
        </w:rPr>
        <w:br/>
        <w:t>DEPARTMENT OF HUMAN RESOURCES DEVELOPMENT</w:t>
      </w:r>
    </w:p>
    <w:p w14:paraId="1439273B" w14:textId="31C6A1DC" w:rsidR="001C7CB0" w:rsidRDefault="00F14AC2" w:rsidP="00F14AC2">
      <w:pPr>
        <w:spacing w:after="0"/>
        <w:jc w:val="center"/>
        <w:rPr>
          <w:rFonts w:ascii="Arial" w:hAnsi="Arial"/>
          <w:b/>
          <w:sz w:val="24"/>
        </w:rPr>
      </w:pPr>
      <w:r>
        <w:rPr>
          <w:rFonts w:ascii="Arial" w:hAnsi="Arial" w:cs="Arial"/>
          <w:b/>
          <w:sz w:val="24"/>
          <w:szCs w:val="24"/>
        </w:rPr>
        <w:t>SAFETY AND HEALTH PROGRAM CERTIFICATION</w:t>
      </w:r>
      <w:r w:rsidR="001C7CB0" w:rsidRPr="00F14AC2">
        <w:rPr>
          <w:rFonts w:ascii="Arial" w:hAnsi="Arial" w:cs="Arial"/>
          <w:b/>
          <w:sz w:val="24"/>
          <w:szCs w:val="24"/>
        </w:rPr>
        <w:t xml:space="preserve"> FORM</w:t>
      </w:r>
      <w:r w:rsidR="001C7CB0" w:rsidRPr="00F14AC2">
        <w:rPr>
          <w:rFonts w:ascii="Arial" w:hAnsi="Arial" w:cs="Arial"/>
          <w:b/>
          <w:sz w:val="24"/>
          <w:szCs w:val="24"/>
        </w:rPr>
        <w:br/>
        <w:t>DHRD IFB NO. 27-02-ASO</w:t>
      </w:r>
    </w:p>
    <w:p w14:paraId="141A4F7B" w14:textId="302198B5" w:rsidR="00811AF0" w:rsidRDefault="00811AF0" w:rsidP="00136897">
      <w:pPr>
        <w:spacing w:after="40"/>
        <w:jc w:val="center"/>
      </w:pPr>
    </w:p>
    <w:tbl>
      <w:tblPr>
        <w:tblW w:w="0" w:type="auto"/>
        <w:jc w:val="center"/>
        <w:tblLayout w:type="fixed"/>
        <w:tblLook w:val="04A0" w:firstRow="1" w:lastRow="0" w:firstColumn="1" w:lastColumn="0" w:noHBand="0" w:noVBand="1"/>
      </w:tblPr>
      <w:tblGrid>
        <w:gridCol w:w="9360"/>
      </w:tblGrid>
      <w:tr w:rsidR="00811AF0" w14:paraId="3C018534" w14:textId="77777777">
        <w:trPr>
          <w:jc w:val="center"/>
        </w:trPr>
        <w:tc>
          <w:tcPr>
            <w:tcW w:w="9360" w:type="dxa"/>
            <w:tcBorders>
              <w:top w:val="single" w:sz="4" w:space="0" w:color="CCCCCC"/>
              <w:left w:val="single" w:sz="18" w:space="0" w:color="003366"/>
              <w:bottom w:val="single" w:sz="4" w:space="0" w:color="CCCCCC"/>
              <w:right w:val="single" w:sz="4" w:space="0" w:color="CCCCCC"/>
            </w:tcBorders>
            <w:shd w:val="clear" w:color="auto" w:fill="F0F4F8"/>
            <w:tcMar>
              <w:top w:w="140" w:type="dxa"/>
              <w:left w:w="180" w:type="dxa"/>
              <w:bottom w:w="140" w:type="dxa"/>
              <w:right w:w="180" w:type="dxa"/>
            </w:tcMar>
          </w:tcPr>
          <w:p w14:paraId="5067DFCC" w14:textId="53527AD7" w:rsidR="00811AF0" w:rsidRDefault="008053C2">
            <w:pPr>
              <w:spacing w:after="0"/>
            </w:pPr>
            <w:r>
              <w:rPr>
                <w:rFonts w:ascii="Arial" w:hAnsi="Arial"/>
                <w:i/>
                <w:color w:val="222222"/>
                <w:sz w:val="20"/>
              </w:rPr>
              <w:t>Instructions: In accordance with Hawaiʻi Revised Statutes (HRS) Chapter 396, any bidder submitting a bid for a public works construction project with an estimated value exceeding $100,000 is required to certify that it possesses and will fully implement a project-specific written safety and health program. Complete this form and submit it with your bid.</w:t>
            </w:r>
          </w:p>
        </w:tc>
      </w:tr>
    </w:tbl>
    <w:p w14:paraId="215FEB8B" w14:textId="77777777" w:rsidR="00811AF0" w:rsidRDefault="00811AF0">
      <w:pPr>
        <w:spacing w:after="120"/>
      </w:pPr>
    </w:p>
    <w:p w14:paraId="77DBEA31" w14:textId="77777777" w:rsidR="00811AF0" w:rsidRDefault="008053C2">
      <w:pPr>
        <w:keepNext/>
        <w:spacing w:before="240" w:after="120"/>
      </w:pPr>
      <w:r w:rsidRPr="00A74483">
        <w:rPr>
          <w:rFonts w:ascii="Arial" w:hAnsi="Arial"/>
          <w:b/>
        </w:rPr>
        <w:t>SECTION 1: BIDDER PROFILE &amp; SOLICITATION DETAILS</w:t>
      </w:r>
    </w:p>
    <w:tbl>
      <w:tblPr>
        <w:tblW w:w="0" w:type="auto"/>
        <w:jc w:val="center"/>
        <w:tblLayout w:type="fixed"/>
        <w:tblLook w:val="04A0" w:firstRow="1" w:lastRow="0" w:firstColumn="1" w:lastColumn="0" w:noHBand="0" w:noVBand="1"/>
      </w:tblPr>
      <w:tblGrid>
        <w:gridCol w:w="3600"/>
        <w:gridCol w:w="5760"/>
      </w:tblGrid>
      <w:tr w:rsidR="00811AF0" w14:paraId="12FA9F0E" w14:textId="77777777">
        <w:trPr>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9FAFB"/>
            <w:tcMar>
              <w:top w:w="100" w:type="dxa"/>
              <w:left w:w="120" w:type="dxa"/>
              <w:bottom w:w="100" w:type="dxa"/>
              <w:right w:w="120" w:type="dxa"/>
            </w:tcMar>
          </w:tcPr>
          <w:p w14:paraId="4AB44A91" w14:textId="77777777" w:rsidR="00811AF0" w:rsidRDefault="008053C2">
            <w:pPr>
              <w:spacing w:after="0"/>
            </w:pPr>
            <w:r>
              <w:rPr>
                <w:rFonts w:ascii="Arial" w:hAnsi="Arial"/>
                <w:b/>
                <w:color w:val="222222"/>
                <w:sz w:val="20"/>
              </w:rPr>
              <w:t>Solicitation Number:</w:t>
            </w:r>
          </w:p>
        </w:tc>
        <w:tc>
          <w:tcPr>
            <w:tcW w:w="5760" w:type="dxa"/>
            <w:tcBorders>
              <w:top w:val="single" w:sz="4" w:space="0" w:color="CCCCCC"/>
              <w:left w:val="single" w:sz="4" w:space="0" w:color="CCCCCC"/>
              <w:bottom w:val="single" w:sz="4" w:space="0" w:color="CCCCCC"/>
              <w:right w:val="single" w:sz="4" w:space="0" w:color="CCCCCC"/>
            </w:tcBorders>
            <w:tcMar>
              <w:top w:w="100" w:type="dxa"/>
              <w:left w:w="120" w:type="dxa"/>
              <w:bottom w:w="100" w:type="dxa"/>
              <w:right w:w="120" w:type="dxa"/>
            </w:tcMar>
          </w:tcPr>
          <w:p w14:paraId="019D84C1" w14:textId="77777777" w:rsidR="00811AF0" w:rsidRDefault="008053C2">
            <w:pPr>
              <w:spacing w:after="0"/>
            </w:pPr>
            <w:r>
              <w:rPr>
                <w:rFonts w:ascii="Arial" w:hAnsi="Arial"/>
                <w:color w:val="222222"/>
                <w:sz w:val="20"/>
              </w:rPr>
              <w:t>DHRD IFB NO. 27-02-ASO</w:t>
            </w:r>
          </w:p>
        </w:tc>
      </w:tr>
      <w:tr w:rsidR="00811AF0" w14:paraId="2C2A40B9" w14:textId="77777777">
        <w:trPr>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9FAFB"/>
            <w:tcMar>
              <w:top w:w="100" w:type="dxa"/>
              <w:left w:w="120" w:type="dxa"/>
              <w:bottom w:w="100" w:type="dxa"/>
              <w:right w:w="120" w:type="dxa"/>
            </w:tcMar>
          </w:tcPr>
          <w:p w14:paraId="33B4A5BE" w14:textId="77777777" w:rsidR="00811AF0" w:rsidRDefault="008053C2">
            <w:pPr>
              <w:spacing w:after="0"/>
            </w:pPr>
            <w:r>
              <w:rPr>
                <w:rFonts w:ascii="Arial" w:hAnsi="Arial"/>
                <w:b/>
                <w:color w:val="222222"/>
                <w:sz w:val="20"/>
              </w:rPr>
              <w:t>Project Title:</w:t>
            </w:r>
          </w:p>
        </w:tc>
        <w:tc>
          <w:tcPr>
            <w:tcW w:w="5760" w:type="dxa"/>
            <w:tcBorders>
              <w:top w:val="single" w:sz="4" w:space="0" w:color="CCCCCC"/>
              <w:left w:val="single" w:sz="4" w:space="0" w:color="CCCCCC"/>
              <w:bottom w:val="single" w:sz="4" w:space="0" w:color="CCCCCC"/>
              <w:right w:val="single" w:sz="4" w:space="0" w:color="CCCCCC"/>
            </w:tcBorders>
            <w:tcMar>
              <w:top w:w="100" w:type="dxa"/>
              <w:left w:w="120" w:type="dxa"/>
              <w:bottom w:w="100" w:type="dxa"/>
              <w:right w:w="120" w:type="dxa"/>
            </w:tcMar>
          </w:tcPr>
          <w:p w14:paraId="34473E35" w14:textId="77777777" w:rsidR="00811AF0" w:rsidRDefault="008053C2">
            <w:pPr>
              <w:spacing w:after="0"/>
            </w:pPr>
            <w:r>
              <w:rPr>
                <w:rFonts w:ascii="Arial" w:hAnsi="Arial"/>
                <w:color w:val="222222"/>
                <w:sz w:val="20"/>
              </w:rPr>
              <w:t>12th and 13th Floor Carpet Tile Replacement (Leiopapa a Kamehameha Building)</w:t>
            </w:r>
          </w:p>
        </w:tc>
      </w:tr>
      <w:tr w:rsidR="00811AF0" w14:paraId="28811CE1" w14:textId="77777777">
        <w:trPr>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9FAFB"/>
            <w:tcMar>
              <w:top w:w="100" w:type="dxa"/>
              <w:left w:w="120" w:type="dxa"/>
              <w:bottom w:w="100" w:type="dxa"/>
              <w:right w:w="120" w:type="dxa"/>
            </w:tcMar>
          </w:tcPr>
          <w:p w14:paraId="6C01C3A5" w14:textId="77777777" w:rsidR="00811AF0" w:rsidRDefault="008053C2">
            <w:pPr>
              <w:spacing w:after="0"/>
            </w:pPr>
            <w:r>
              <w:rPr>
                <w:rFonts w:ascii="Arial" w:hAnsi="Arial"/>
                <w:b/>
                <w:color w:val="222222"/>
                <w:sz w:val="20"/>
              </w:rPr>
              <w:t>Bidder (Legal Business Name):</w:t>
            </w:r>
          </w:p>
        </w:tc>
        <w:tc>
          <w:tcPr>
            <w:tcW w:w="5760" w:type="dxa"/>
            <w:tcBorders>
              <w:top w:val="single" w:sz="4" w:space="0" w:color="CCCCCC"/>
              <w:left w:val="single" w:sz="4" w:space="0" w:color="CCCCCC"/>
              <w:bottom w:val="single" w:sz="4" w:space="0" w:color="CCCCCC"/>
              <w:right w:val="single" w:sz="4" w:space="0" w:color="CCCCCC"/>
            </w:tcBorders>
            <w:tcMar>
              <w:top w:w="100" w:type="dxa"/>
              <w:left w:w="120" w:type="dxa"/>
              <w:bottom w:w="100" w:type="dxa"/>
              <w:right w:w="120" w:type="dxa"/>
            </w:tcMar>
          </w:tcPr>
          <w:p w14:paraId="1ABB8F9C" w14:textId="77777777" w:rsidR="00811AF0" w:rsidRDefault="008053C2">
            <w:pPr>
              <w:spacing w:after="0"/>
            </w:pPr>
            <w:r>
              <w:rPr>
                <w:rFonts w:ascii="Arial" w:hAnsi="Arial"/>
                <w:color w:val="666666"/>
                <w:sz w:val="20"/>
              </w:rPr>
              <w:t>[Enter company legal name]</w:t>
            </w:r>
          </w:p>
        </w:tc>
      </w:tr>
      <w:tr w:rsidR="00811AF0" w14:paraId="570CEA38" w14:textId="77777777">
        <w:trPr>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9FAFB"/>
            <w:tcMar>
              <w:top w:w="100" w:type="dxa"/>
              <w:left w:w="120" w:type="dxa"/>
              <w:bottom w:w="100" w:type="dxa"/>
              <w:right w:w="120" w:type="dxa"/>
            </w:tcMar>
          </w:tcPr>
          <w:p w14:paraId="7C3DA8F8" w14:textId="77777777" w:rsidR="00811AF0" w:rsidRDefault="008053C2">
            <w:pPr>
              <w:spacing w:after="0"/>
            </w:pPr>
            <w:r>
              <w:rPr>
                <w:rFonts w:ascii="Arial" w:hAnsi="Arial"/>
                <w:b/>
                <w:color w:val="222222"/>
                <w:sz w:val="20"/>
              </w:rPr>
              <w:t>State of Hawaiʻi Contractor License No.:</w:t>
            </w:r>
          </w:p>
        </w:tc>
        <w:tc>
          <w:tcPr>
            <w:tcW w:w="5760" w:type="dxa"/>
            <w:tcBorders>
              <w:top w:val="single" w:sz="4" w:space="0" w:color="CCCCCC"/>
              <w:left w:val="single" w:sz="4" w:space="0" w:color="CCCCCC"/>
              <w:bottom w:val="single" w:sz="4" w:space="0" w:color="CCCCCC"/>
              <w:right w:val="single" w:sz="4" w:space="0" w:color="CCCCCC"/>
            </w:tcBorders>
            <w:tcMar>
              <w:top w:w="100" w:type="dxa"/>
              <w:left w:w="120" w:type="dxa"/>
              <w:bottom w:w="100" w:type="dxa"/>
              <w:right w:w="120" w:type="dxa"/>
            </w:tcMar>
          </w:tcPr>
          <w:p w14:paraId="64882C00" w14:textId="77777777" w:rsidR="00811AF0" w:rsidRDefault="008053C2">
            <w:pPr>
              <w:spacing w:after="0"/>
            </w:pPr>
            <w:r>
              <w:rPr>
                <w:rFonts w:ascii="Arial" w:hAnsi="Arial"/>
                <w:color w:val="666666"/>
                <w:sz w:val="20"/>
              </w:rPr>
              <w:t>[Enter license number, e.g., C-XXXXX]</w:t>
            </w:r>
          </w:p>
        </w:tc>
      </w:tr>
      <w:tr w:rsidR="00811AF0" w14:paraId="65C797F3" w14:textId="77777777">
        <w:trPr>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9FAFB"/>
            <w:tcMar>
              <w:top w:w="100" w:type="dxa"/>
              <w:left w:w="120" w:type="dxa"/>
              <w:bottom w:w="100" w:type="dxa"/>
              <w:right w:w="120" w:type="dxa"/>
            </w:tcMar>
          </w:tcPr>
          <w:p w14:paraId="2582479A" w14:textId="77777777" w:rsidR="00811AF0" w:rsidRDefault="008053C2">
            <w:pPr>
              <w:spacing w:after="0"/>
            </w:pPr>
            <w:r>
              <w:rPr>
                <w:rFonts w:ascii="Arial" w:hAnsi="Arial"/>
                <w:b/>
                <w:color w:val="222222"/>
                <w:sz w:val="20"/>
              </w:rPr>
              <w:t>License Classification(s):</w:t>
            </w:r>
          </w:p>
        </w:tc>
        <w:tc>
          <w:tcPr>
            <w:tcW w:w="5760" w:type="dxa"/>
            <w:tcBorders>
              <w:top w:val="single" w:sz="4" w:space="0" w:color="CCCCCC"/>
              <w:left w:val="single" w:sz="4" w:space="0" w:color="CCCCCC"/>
              <w:bottom w:val="single" w:sz="4" w:space="0" w:color="CCCCCC"/>
              <w:right w:val="single" w:sz="4" w:space="0" w:color="CCCCCC"/>
            </w:tcBorders>
            <w:tcMar>
              <w:top w:w="100" w:type="dxa"/>
              <w:left w:w="120" w:type="dxa"/>
              <w:bottom w:w="100" w:type="dxa"/>
              <w:right w:w="120" w:type="dxa"/>
            </w:tcMar>
          </w:tcPr>
          <w:p w14:paraId="1201AFF2" w14:textId="11B3F8A7" w:rsidR="00811AF0" w:rsidRDefault="00811AF0">
            <w:pPr>
              <w:spacing w:after="0"/>
            </w:pPr>
          </w:p>
        </w:tc>
      </w:tr>
      <w:tr w:rsidR="00811AF0" w14:paraId="4C91C441" w14:textId="77777777">
        <w:trPr>
          <w:jc w:val="center"/>
        </w:trPr>
        <w:tc>
          <w:tcPr>
            <w:tcW w:w="3600" w:type="dxa"/>
            <w:tcBorders>
              <w:top w:val="single" w:sz="4" w:space="0" w:color="CCCCCC"/>
              <w:left w:val="single" w:sz="4" w:space="0" w:color="CCCCCC"/>
              <w:bottom w:val="single" w:sz="4" w:space="0" w:color="CCCCCC"/>
              <w:right w:val="single" w:sz="4" w:space="0" w:color="CCCCCC"/>
            </w:tcBorders>
            <w:shd w:val="clear" w:color="auto" w:fill="F9FAFB"/>
            <w:tcMar>
              <w:top w:w="100" w:type="dxa"/>
              <w:left w:w="120" w:type="dxa"/>
              <w:bottom w:w="100" w:type="dxa"/>
              <w:right w:w="120" w:type="dxa"/>
            </w:tcMar>
          </w:tcPr>
          <w:p w14:paraId="351D3898" w14:textId="77777777" w:rsidR="00811AF0" w:rsidRDefault="008053C2">
            <w:pPr>
              <w:spacing w:after="0"/>
            </w:pPr>
            <w:r>
              <w:rPr>
                <w:rFonts w:ascii="Arial" w:hAnsi="Arial"/>
                <w:b/>
                <w:color w:val="222222"/>
                <w:sz w:val="20"/>
              </w:rPr>
              <w:t>Primary Contact Name &amp; Title:</w:t>
            </w:r>
          </w:p>
        </w:tc>
        <w:tc>
          <w:tcPr>
            <w:tcW w:w="5760" w:type="dxa"/>
            <w:tcBorders>
              <w:top w:val="single" w:sz="4" w:space="0" w:color="CCCCCC"/>
              <w:left w:val="single" w:sz="4" w:space="0" w:color="CCCCCC"/>
              <w:bottom w:val="single" w:sz="4" w:space="0" w:color="CCCCCC"/>
              <w:right w:val="single" w:sz="4" w:space="0" w:color="CCCCCC"/>
            </w:tcBorders>
            <w:tcMar>
              <w:top w:w="100" w:type="dxa"/>
              <w:left w:w="120" w:type="dxa"/>
              <w:bottom w:w="100" w:type="dxa"/>
              <w:right w:w="120" w:type="dxa"/>
            </w:tcMar>
          </w:tcPr>
          <w:p w14:paraId="3D10E79A" w14:textId="77777777" w:rsidR="00811AF0" w:rsidRDefault="008053C2">
            <w:pPr>
              <w:spacing w:after="0"/>
            </w:pPr>
            <w:r>
              <w:rPr>
                <w:rFonts w:ascii="Arial" w:hAnsi="Arial"/>
                <w:color w:val="666666"/>
                <w:sz w:val="20"/>
              </w:rPr>
              <w:t>[Enter name and corporate role]</w:t>
            </w:r>
          </w:p>
        </w:tc>
      </w:tr>
    </w:tbl>
    <w:p w14:paraId="0F22CC21" w14:textId="77777777" w:rsidR="00811AF0" w:rsidRDefault="00811AF0">
      <w:pPr>
        <w:spacing w:after="120"/>
      </w:pPr>
    </w:p>
    <w:p w14:paraId="44FDD1A6" w14:textId="77777777" w:rsidR="00811AF0" w:rsidRDefault="008053C2">
      <w:pPr>
        <w:keepNext/>
        <w:spacing w:before="240" w:after="120"/>
      </w:pPr>
      <w:r w:rsidRPr="00A74483">
        <w:rPr>
          <w:rFonts w:ascii="Arial" w:hAnsi="Arial"/>
          <w:b/>
        </w:rPr>
        <w:t>SECTION 2: MANDATORY SAFETY &amp; HEALTH CERTIFICATIONS</w:t>
      </w:r>
    </w:p>
    <w:p w14:paraId="52E9D0C5" w14:textId="77777777" w:rsidR="008F1DD6" w:rsidRDefault="008053C2">
      <w:pPr>
        <w:spacing w:after="160"/>
        <w:ind w:left="576" w:hanging="576"/>
        <w:rPr>
          <w:rFonts w:ascii="Arial" w:hAnsi="Arial"/>
          <w:color w:val="222222"/>
          <w:sz w:val="20"/>
        </w:rPr>
      </w:pPr>
      <w:proofErr w:type="gramStart"/>
      <w:r>
        <w:rPr>
          <w:rFonts w:ascii="Arial" w:hAnsi="Arial"/>
          <w:b/>
          <w:color w:val="003366"/>
          <w:sz w:val="20"/>
        </w:rPr>
        <w:t>[  ]</w:t>
      </w:r>
      <w:proofErr w:type="gramEnd"/>
      <w:r>
        <w:rPr>
          <w:rFonts w:ascii="Arial" w:hAnsi="Arial"/>
          <w:b/>
          <w:color w:val="003366"/>
          <w:sz w:val="20"/>
        </w:rPr>
        <w:t xml:space="preserve">   </w:t>
      </w:r>
      <w:r>
        <w:rPr>
          <w:rFonts w:ascii="Arial" w:hAnsi="Arial"/>
          <w:b/>
          <w:color w:val="222222"/>
          <w:sz w:val="20"/>
        </w:rPr>
        <w:t>Written Program Availability:</w:t>
      </w:r>
      <w:r>
        <w:rPr>
          <w:rFonts w:ascii="Arial" w:hAnsi="Arial"/>
          <w:color w:val="222222"/>
          <w:sz w:val="20"/>
        </w:rPr>
        <w:t xml:space="preserve"> </w:t>
      </w:r>
    </w:p>
    <w:p w14:paraId="5860A7F7" w14:textId="64635CBE" w:rsidR="00811AF0" w:rsidRDefault="008053C2" w:rsidP="008F1DD6">
      <w:pPr>
        <w:spacing w:after="160"/>
        <w:ind w:left="450"/>
      </w:pPr>
      <w:r>
        <w:rPr>
          <w:rFonts w:ascii="Arial" w:hAnsi="Arial"/>
          <w:color w:val="222222"/>
          <w:sz w:val="20"/>
        </w:rPr>
        <w:t>The Bidder hereby certifies that it maintains a project-specific written safety and health program that fully satisfies the statutory mandates of Hawaiʻi Revised Statutes (HRS) Chapter 396 and all applicable rules of the Hawaiʻi Occupational Safety and Health Division (HIOSH).</w:t>
      </w:r>
    </w:p>
    <w:p w14:paraId="758A4D04" w14:textId="77777777" w:rsidR="008F1DD6" w:rsidRDefault="008053C2">
      <w:pPr>
        <w:spacing w:after="160"/>
        <w:ind w:left="576" w:hanging="576"/>
        <w:rPr>
          <w:rFonts w:ascii="Arial" w:hAnsi="Arial"/>
          <w:color w:val="222222"/>
          <w:sz w:val="20"/>
        </w:rPr>
      </w:pPr>
      <w:proofErr w:type="gramStart"/>
      <w:r>
        <w:rPr>
          <w:rFonts w:ascii="Arial" w:hAnsi="Arial"/>
          <w:b/>
          <w:color w:val="003366"/>
          <w:sz w:val="20"/>
        </w:rPr>
        <w:t>[  ]</w:t>
      </w:r>
      <w:proofErr w:type="gramEnd"/>
      <w:r>
        <w:rPr>
          <w:rFonts w:ascii="Arial" w:hAnsi="Arial"/>
          <w:b/>
          <w:color w:val="003366"/>
          <w:sz w:val="20"/>
        </w:rPr>
        <w:t xml:space="preserve">   </w:t>
      </w:r>
      <w:r>
        <w:rPr>
          <w:rFonts w:ascii="Arial" w:hAnsi="Arial"/>
          <w:b/>
          <w:color w:val="222222"/>
          <w:sz w:val="20"/>
        </w:rPr>
        <w:t>On-Site Implementation:</w:t>
      </w:r>
      <w:r>
        <w:rPr>
          <w:rFonts w:ascii="Arial" w:hAnsi="Arial"/>
          <w:color w:val="222222"/>
          <w:sz w:val="20"/>
        </w:rPr>
        <w:t xml:space="preserve"> </w:t>
      </w:r>
    </w:p>
    <w:p w14:paraId="0F18A6B2" w14:textId="2ABED1FB" w:rsidR="00811AF0" w:rsidRDefault="008053C2" w:rsidP="008F1DD6">
      <w:pPr>
        <w:spacing w:after="160"/>
        <w:ind w:left="450"/>
      </w:pPr>
      <w:r>
        <w:rPr>
          <w:rFonts w:ascii="Arial" w:hAnsi="Arial"/>
          <w:color w:val="222222"/>
          <w:sz w:val="20"/>
        </w:rPr>
        <w:t xml:space="preserve">The Bidder commits that the </w:t>
      </w:r>
      <w:proofErr w:type="gramStart"/>
      <w:r>
        <w:rPr>
          <w:rFonts w:ascii="Arial" w:hAnsi="Arial"/>
          <w:color w:val="222222"/>
          <w:sz w:val="20"/>
        </w:rPr>
        <w:t>aforementioned safety</w:t>
      </w:r>
      <w:proofErr w:type="gramEnd"/>
      <w:r>
        <w:rPr>
          <w:rFonts w:ascii="Arial" w:hAnsi="Arial"/>
          <w:color w:val="222222"/>
          <w:sz w:val="20"/>
        </w:rPr>
        <w:t xml:space="preserve"> and health program shall be fully implemented, operational, and active at the project location (Leiopapa a Kamehameha Building, 12th and 13th floors) on or before the official project commencement date specified in the State's Notice to Proceed (NTP).</w:t>
      </w:r>
    </w:p>
    <w:p w14:paraId="5308E37E" w14:textId="77777777" w:rsidR="008F1DD6" w:rsidRDefault="008053C2">
      <w:pPr>
        <w:spacing w:after="160"/>
        <w:ind w:left="576" w:hanging="576"/>
        <w:rPr>
          <w:rFonts w:ascii="Arial" w:hAnsi="Arial"/>
          <w:color w:val="222222"/>
          <w:sz w:val="20"/>
        </w:rPr>
      </w:pPr>
      <w:proofErr w:type="gramStart"/>
      <w:r>
        <w:rPr>
          <w:rFonts w:ascii="Arial" w:hAnsi="Arial"/>
          <w:b/>
          <w:color w:val="003366"/>
          <w:sz w:val="20"/>
        </w:rPr>
        <w:t>[  ]</w:t>
      </w:r>
      <w:proofErr w:type="gramEnd"/>
      <w:r>
        <w:rPr>
          <w:rFonts w:ascii="Arial" w:hAnsi="Arial"/>
          <w:b/>
          <w:color w:val="003366"/>
          <w:sz w:val="20"/>
        </w:rPr>
        <w:t xml:space="preserve">   </w:t>
      </w:r>
      <w:r>
        <w:rPr>
          <w:rFonts w:ascii="Arial" w:hAnsi="Arial"/>
          <w:b/>
          <w:color w:val="222222"/>
          <w:sz w:val="20"/>
        </w:rPr>
        <w:t>Site-Specific Hazards Coverage:</w:t>
      </w:r>
      <w:r>
        <w:rPr>
          <w:rFonts w:ascii="Arial" w:hAnsi="Arial"/>
          <w:color w:val="222222"/>
          <w:sz w:val="20"/>
        </w:rPr>
        <w:t xml:space="preserve"> </w:t>
      </w:r>
    </w:p>
    <w:p w14:paraId="3FBFA6B9" w14:textId="71FEB23E" w:rsidR="00811AF0" w:rsidRDefault="008053C2" w:rsidP="008F1DD6">
      <w:pPr>
        <w:spacing w:after="160"/>
        <w:ind w:left="450"/>
      </w:pPr>
      <w:r>
        <w:rPr>
          <w:rFonts w:ascii="Arial" w:hAnsi="Arial"/>
          <w:color w:val="222222"/>
          <w:sz w:val="20"/>
        </w:rPr>
        <w:t xml:space="preserve">The written safety and health program explicitly covers construction activities, materials handling, substrate preparation hazards (including compliance protocols for encountering suspected hazardous materials or residual adhesives under Section 41.1), proper ventilation for low-VOC </w:t>
      </w:r>
      <w:r>
        <w:rPr>
          <w:rFonts w:ascii="Arial" w:hAnsi="Arial"/>
          <w:color w:val="222222"/>
          <w:sz w:val="20"/>
        </w:rPr>
        <w:lastRenderedPageBreak/>
        <w:t>adhesive installations, and pedestrian traffic separation barriers to isolate work zones from state personnel.</w:t>
      </w:r>
    </w:p>
    <w:p w14:paraId="0462B63C" w14:textId="77777777" w:rsidR="00854BB8" w:rsidRDefault="008053C2">
      <w:pPr>
        <w:spacing w:after="160"/>
        <w:ind w:left="576" w:hanging="576"/>
        <w:rPr>
          <w:rFonts w:ascii="Arial" w:hAnsi="Arial"/>
          <w:color w:val="222222"/>
          <w:sz w:val="20"/>
        </w:rPr>
      </w:pPr>
      <w:proofErr w:type="gramStart"/>
      <w:r>
        <w:rPr>
          <w:rFonts w:ascii="Arial" w:hAnsi="Arial"/>
          <w:b/>
          <w:color w:val="003366"/>
          <w:sz w:val="20"/>
        </w:rPr>
        <w:t>[  ]</w:t>
      </w:r>
      <w:proofErr w:type="gramEnd"/>
      <w:r>
        <w:rPr>
          <w:rFonts w:ascii="Arial" w:hAnsi="Arial"/>
          <w:b/>
          <w:color w:val="003366"/>
          <w:sz w:val="20"/>
        </w:rPr>
        <w:t xml:space="preserve">   </w:t>
      </w:r>
      <w:r>
        <w:rPr>
          <w:rFonts w:ascii="Arial" w:hAnsi="Arial"/>
          <w:b/>
          <w:color w:val="222222"/>
          <w:sz w:val="20"/>
        </w:rPr>
        <w:t>Inspector Access:</w:t>
      </w:r>
      <w:r>
        <w:rPr>
          <w:rFonts w:ascii="Arial" w:hAnsi="Arial"/>
          <w:color w:val="222222"/>
          <w:sz w:val="20"/>
        </w:rPr>
        <w:t xml:space="preserve"> </w:t>
      </w:r>
    </w:p>
    <w:p w14:paraId="366BD98E" w14:textId="1234886F" w:rsidR="00811AF0" w:rsidRDefault="008053C2" w:rsidP="00854BB8">
      <w:pPr>
        <w:spacing w:after="160"/>
        <w:ind w:left="450"/>
      </w:pPr>
      <w:r>
        <w:rPr>
          <w:rFonts w:ascii="Arial" w:hAnsi="Arial"/>
          <w:color w:val="222222"/>
          <w:sz w:val="20"/>
        </w:rPr>
        <w:t>The Bidder certifies that a copy of the finalized project-specific written safety and health program shall be maintained continuously on the jobsite and will be made immediately available upon request to the Contract Administrator (Patrick Lam), DHRD representatives, or HIOSH compliance officers throughout the contract term.</w:t>
      </w:r>
    </w:p>
    <w:p w14:paraId="6285E7F6" w14:textId="77777777" w:rsidR="00811AF0" w:rsidRDefault="00811AF0">
      <w:pPr>
        <w:spacing w:after="120"/>
      </w:pPr>
    </w:p>
    <w:p w14:paraId="4620BE3B" w14:textId="77777777" w:rsidR="00811AF0" w:rsidRDefault="008053C2">
      <w:pPr>
        <w:keepNext/>
        <w:spacing w:before="240" w:after="120"/>
      </w:pPr>
      <w:r w:rsidRPr="00A74483">
        <w:rPr>
          <w:rFonts w:ascii="Arial" w:hAnsi="Arial"/>
          <w:b/>
        </w:rPr>
        <w:t>SECTION 3: BIDDER ATTESTATION &amp; LEGAL EXECUTION</w:t>
      </w:r>
    </w:p>
    <w:p w14:paraId="712EAC8E" w14:textId="77777777" w:rsidR="00811AF0" w:rsidRDefault="008053C2">
      <w:pPr>
        <w:spacing w:after="280"/>
      </w:pPr>
      <w:r>
        <w:rPr>
          <w:rFonts w:ascii="Arial" w:hAnsi="Arial"/>
          <w:color w:val="222222"/>
          <w:sz w:val="20"/>
        </w:rPr>
        <w:t>BY SIGNING BELOW, the undersigned certifies on behalf of the Bidder that they are fully authorized to execute this document, that the statements checked above are complete and accurate in fact, and that full compliance with HRS Chapter 396 safety provisions is a binding condition of contract award and performance.</w:t>
      </w:r>
    </w:p>
    <w:tbl>
      <w:tblPr>
        <w:tblW w:w="0" w:type="auto"/>
        <w:jc w:val="center"/>
        <w:tblLayout w:type="fixed"/>
        <w:tblLook w:val="04A0" w:firstRow="1" w:lastRow="0" w:firstColumn="1" w:lastColumn="0" w:noHBand="0" w:noVBand="1"/>
      </w:tblPr>
      <w:tblGrid>
        <w:gridCol w:w="6192"/>
        <w:gridCol w:w="3168"/>
      </w:tblGrid>
      <w:tr w:rsidR="00811AF0" w14:paraId="0A5992D9" w14:textId="77777777">
        <w:trPr>
          <w:jc w:val="center"/>
        </w:trPr>
        <w:tc>
          <w:tcPr>
            <w:tcW w:w="6192" w:type="dxa"/>
            <w:tcMar>
              <w:top w:w="120" w:type="dxa"/>
              <w:left w:w="60" w:type="dxa"/>
              <w:bottom w:w="120" w:type="dxa"/>
              <w:right w:w="60" w:type="dxa"/>
            </w:tcMar>
          </w:tcPr>
          <w:p w14:paraId="269EBC99" w14:textId="77777777" w:rsidR="00811AF0" w:rsidRDefault="008053C2">
            <w:pPr>
              <w:spacing w:after="0"/>
            </w:pPr>
            <w:r>
              <w:rPr>
                <w:rFonts w:ascii="Arial" w:hAnsi="Arial"/>
                <w:b/>
                <w:color w:val="222222"/>
                <w:sz w:val="20"/>
              </w:rPr>
              <w:t>Authorized Signature:</w:t>
            </w:r>
            <w:r>
              <w:rPr>
                <w:rFonts w:ascii="Arial" w:hAnsi="Arial"/>
                <w:b/>
                <w:color w:val="222222"/>
                <w:sz w:val="20"/>
              </w:rPr>
              <w:br/>
            </w:r>
            <w:r>
              <w:rPr>
                <w:rFonts w:ascii="Arial" w:hAnsi="Arial"/>
                <w:b/>
                <w:color w:val="222222"/>
                <w:sz w:val="20"/>
              </w:rPr>
              <w:br/>
            </w:r>
            <w:r>
              <w:rPr>
                <w:rFonts w:ascii="Arial" w:hAnsi="Arial"/>
                <w:color w:val="666666"/>
                <w:sz w:val="20"/>
              </w:rPr>
              <w:t>__________________________________________</w:t>
            </w:r>
          </w:p>
        </w:tc>
        <w:tc>
          <w:tcPr>
            <w:tcW w:w="3168" w:type="dxa"/>
            <w:tcMar>
              <w:top w:w="120" w:type="dxa"/>
              <w:left w:w="60" w:type="dxa"/>
              <w:bottom w:w="120" w:type="dxa"/>
              <w:right w:w="60" w:type="dxa"/>
            </w:tcMar>
          </w:tcPr>
          <w:p w14:paraId="32B5FA8C" w14:textId="77777777" w:rsidR="00811AF0" w:rsidRDefault="008053C2">
            <w:pPr>
              <w:spacing w:after="0"/>
            </w:pPr>
            <w:r>
              <w:rPr>
                <w:rFonts w:ascii="Arial" w:hAnsi="Arial"/>
                <w:b/>
                <w:color w:val="222222"/>
                <w:sz w:val="20"/>
              </w:rPr>
              <w:t>Date Signed:</w:t>
            </w:r>
            <w:r>
              <w:rPr>
                <w:rFonts w:ascii="Arial" w:hAnsi="Arial"/>
                <w:b/>
                <w:color w:val="222222"/>
                <w:sz w:val="20"/>
              </w:rPr>
              <w:br/>
            </w:r>
            <w:r>
              <w:rPr>
                <w:rFonts w:ascii="Arial" w:hAnsi="Arial"/>
                <w:b/>
                <w:color w:val="222222"/>
                <w:sz w:val="20"/>
              </w:rPr>
              <w:br/>
            </w:r>
            <w:r>
              <w:rPr>
                <w:rFonts w:ascii="Arial" w:hAnsi="Arial"/>
                <w:color w:val="666666"/>
                <w:sz w:val="20"/>
              </w:rPr>
              <w:t>____________________</w:t>
            </w:r>
          </w:p>
        </w:tc>
      </w:tr>
      <w:tr w:rsidR="00811AF0" w14:paraId="73B34F5C" w14:textId="77777777">
        <w:trPr>
          <w:jc w:val="center"/>
        </w:trPr>
        <w:tc>
          <w:tcPr>
            <w:tcW w:w="6192" w:type="dxa"/>
            <w:tcMar>
              <w:top w:w="120" w:type="dxa"/>
              <w:left w:w="60" w:type="dxa"/>
              <w:bottom w:w="120" w:type="dxa"/>
              <w:right w:w="60" w:type="dxa"/>
            </w:tcMar>
          </w:tcPr>
          <w:p w14:paraId="296334F9" w14:textId="77777777" w:rsidR="00811AF0" w:rsidRDefault="008053C2">
            <w:pPr>
              <w:spacing w:after="0"/>
            </w:pPr>
            <w:r>
              <w:rPr>
                <w:rFonts w:ascii="Arial" w:hAnsi="Arial"/>
                <w:b/>
                <w:color w:val="222222"/>
                <w:sz w:val="20"/>
              </w:rPr>
              <w:t>Printed Name &amp; Title:</w:t>
            </w:r>
            <w:r>
              <w:rPr>
                <w:rFonts w:ascii="Arial" w:hAnsi="Arial"/>
                <w:b/>
                <w:color w:val="222222"/>
                <w:sz w:val="20"/>
              </w:rPr>
              <w:br/>
            </w:r>
            <w:r>
              <w:rPr>
                <w:rFonts w:ascii="Arial" w:hAnsi="Arial"/>
                <w:b/>
                <w:color w:val="222222"/>
                <w:sz w:val="20"/>
              </w:rPr>
              <w:br/>
            </w:r>
            <w:r>
              <w:rPr>
                <w:rFonts w:ascii="Arial" w:hAnsi="Arial"/>
                <w:color w:val="666666"/>
                <w:sz w:val="20"/>
              </w:rPr>
              <w:t>__________________________________________</w:t>
            </w:r>
          </w:p>
        </w:tc>
        <w:tc>
          <w:tcPr>
            <w:tcW w:w="3168" w:type="dxa"/>
            <w:tcMar>
              <w:top w:w="120" w:type="dxa"/>
              <w:left w:w="60" w:type="dxa"/>
              <w:bottom w:w="120" w:type="dxa"/>
              <w:right w:w="60" w:type="dxa"/>
            </w:tcMar>
          </w:tcPr>
          <w:p w14:paraId="5DF3F964" w14:textId="77777777" w:rsidR="00811AF0" w:rsidRDefault="008053C2">
            <w:pPr>
              <w:spacing w:after="0"/>
            </w:pPr>
            <w:r>
              <w:rPr>
                <w:rFonts w:ascii="Arial" w:hAnsi="Arial"/>
                <w:b/>
                <w:color w:val="222222"/>
                <w:sz w:val="20"/>
              </w:rPr>
              <w:t>License Number:</w:t>
            </w:r>
            <w:r>
              <w:rPr>
                <w:rFonts w:ascii="Arial" w:hAnsi="Arial"/>
                <w:b/>
                <w:color w:val="222222"/>
                <w:sz w:val="20"/>
              </w:rPr>
              <w:br/>
            </w:r>
            <w:r>
              <w:rPr>
                <w:rFonts w:ascii="Arial" w:hAnsi="Arial"/>
                <w:b/>
                <w:color w:val="222222"/>
                <w:sz w:val="20"/>
              </w:rPr>
              <w:br/>
            </w:r>
            <w:r>
              <w:rPr>
                <w:rFonts w:ascii="Arial" w:hAnsi="Arial"/>
                <w:color w:val="666666"/>
                <w:sz w:val="20"/>
              </w:rPr>
              <w:t>____________________</w:t>
            </w:r>
          </w:p>
        </w:tc>
      </w:tr>
      <w:tr w:rsidR="00811AF0" w14:paraId="5C8F9689" w14:textId="77777777">
        <w:trPr>
          <w:jc w:val="center"/>
        </w:trPr>
        <w:tc>
          <w:tcPr>
            <w:tcW w:w="6192" w:type="dxa"/>
            <w:tcMar>
              <w:top w:w="120" w:type="dxa"/>
              <w:left w:w="60" w:type="dxa"/>
              <w:bottom w:w="120" w:type="dxa"/>
              <w:right w:w="60" w:type="dxa"/>
            </w:tcMar>
          </w:tcPr>
          <w:p w14:paraId="40F87B0D" w14:textId="77777777" w:rsidR="00811AF0" w:rsidRDefault="008053C2">
            <w:pPr>
              <w:spacing w:after="0"/>
            </w:pPr>
            <w:r>
              <w:rPr>
                <w:rFonts w:ascii="Arial" w:hAnsi="Arial"/>
                <w:b/>
                <w:color w:val="222222"/>
                <w:sz w:val="20"/>
              </w:rPr>
              <w:t>Full Legal Company Name:</w:t>
            </w:r>
            <w:r>
              <w:rPr>
                <w:rFonts w:ascii="Arial" w:hAnsi="Arial"/>
                <w:b/>
                <w:color w:val="222222"/>
                <w:sz w:val="20"/>
              </w:rPr>
              <w:br/>
            </w:r>
            <w:r>
              <w:rPr>
                <w:rFonts w:ascii="Arial" w:hAnsi="Arial"/>
                <w:b/>
                <w:color w:val="222222"/>
                <w:sz w:val="20"/>
              </w:rPr>
              <w:br/>
            </w:r>
            <w:r>
              <w:rPr>
                <w:rFonts w:ascii="Arial" w:hAnsi="Arial"/>
                <w:color w:val="666666"/>
                <w:sz w:val="20"/>
              </w:rPr>
              <w:t>__________________________________________</w:t>
            </w:r>
          </w:p>
        </w:tc>
        <w:tc>
          <w:tcPr>
            <w:tcW w:w="3168" w:type="dxa"/>
            <w:tcMar>
              <w:top w:w="120" w:type="dxa"/>
              <w:left w:w="60" w:type="dxa"/>
              <w:bottom w:w="120" w:type="dxa"/>
              <w:right w:w="60" w:type="dxa"/>
            </w:tcMar>
          </w:tcPr>
          <w:p w14:paraId="17957AAA" w14:textId="77777777" w:rsidR="00811AF0" w:rsidRDefault="008053C2">
            <w:pPr>
              <w:spacing w:after="0"/>
            </w:pPr>
            <w:r>
              <w:rPr>
                <w:rFonts w:ascii="Arial" w:hAnsi="Arial"/>
                <w:b/>
                <w:color w:val="222222"/>
                <w:sz w:val="20"/>
              </w:rPr>
              <w:t>Phone / Email:</w:t>
            </w:r>
            <w:r>
              <w:rPr>
                <w:rFonts w:ascii="Arial" w:hAnsi="Arial"/>
                <w:b/>
                <w:color w:val="222222"/>
                <w:sz w:val="20"/>
              </w:rPr>
              <w:br/>
            </w:r>
            <w:r>
              <w:rPr>
                <w:rFonts w:ascii="Arial" w:hAnsi="Arial"/>
                <w:b/>
                <w:color w:val="222222"/>
                <w:sz w:val="20"/>
              </w:rPr>
              <w:br/>
            </w:r>
            <w:r>
              <w:rPr>
                <w:rFonts w:ascii="Arial" w:hAnsi="Arial"/>
                <w:color w:val="666666"/>
                <w:sz w:val="20"/>
              </w:rPr>
              <w:t>____________________</w:t>
            </w:r>
          </w:p>
        </w:tc>
      </w:tr>
    </w:tbl>
    <w:p w14:paraId="0B8EEA40" w14:textId="77777777" w:rsidR="0076335E" w:rsidRDefault="0076335E"/>
    <w:sectPr w:rsidR="0076335E" w:rsidSect="0003461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5024D" w14:textId="77777777" w:rsidR="00FC5138" w:rsidRDefault="00FC5138" w:rsidP="00136897">
      <w:pPr>
        <w:spacing w:after="0" w:line="240" w:lineRule="auto"/>
      </w:pPr>
      <w:r>
        <w:separator/>
      </w:r>
    </w:p>
  </w:endnote>
  <w:endnote w:type="continuationSeparator" w:id="0">
    <w:p w14:paraId="3BB8E99D" w14:textId="77777777" w:rsidR="00FC5138" w:rsidRDefault="00FC5138" w:rsidP="001368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C3A2D" w14:textId="61EEF1C7" w:rsidR="00136897" w:rsidRDefault="00136897">
    <w:pPr>
      <w:pStyle w:val="Footer"/>
      <w:rPr>
        <w:rFonts w:ascii="Arial" w:hAnsi="Arial" w:cs="Arial"/>
        <w:b/>
        <w:bCs/>
        <w:sz w:val="24"/>
        <w:szCs w:val="24"/>
      </w:rPr>
    </w:pPr>
    <w:r w:rsidRPr="0059626C">
      <w:rPr>
        <w:rFonts w:ascii="Arial" w:hAnsi="Arial" w:cs="Arial"/>
        <w:b/>
        <w:bCs/>
        <w:sz w:val="24"/>
        <w:szCs w:val="24"/>
      </w:rPr>
      <w:t>Safety and Health Program Certification Form</w:t>
    </w:r>
    <w:r w:rsidRPr="0059626C">
      <w:rPr>
        <w:rFonts w:ascii="Arial" w:hAnsi="Arial" w:cs="Arial"/>
        <w:b/>
        <w:bCs/>
        <w:sz w:val="24"/>
        <w:szCs w:val="24"/>
      </w:rPr>
      <w:tab/>
      <w:t>DHRD IFB 27-02-ASO</w:t>
    </w:r>
  </w:p>
  <w:p w14:paraId="6B4C3764" w14:textId="641C58E1" w:rsidR="0059626C" w:rsidRPr="0059626C" w:rsidRDefault="0059626C">
    <w:pPr>
      <w:pStyle w:val="Footer"/>
      <w:rPr>
        <w:rFonts w:ascii="Arial" w:hAnsi="Arial" w:cs="Arial"/>
        <w:b/>
        <w:bCs/>
        <w:sz w:val="24"/>
        <w:szCs w:val="24"/>
      </w:rPr>
    </w:pPr>
    <w:r>
      <w:rPr>
        <w:rFonts w:ascii="Arial" w:hAnsi="Arial" w:cs="Arial"/>
        <w:b/>
        <w:bCs/>
        <w:sz w:val="24"/>
        <w:szCs w:val="24"/>
      </w:rPr>
      <w:tab/>
    </w:r>
    <w:r>
      <w:rPr>
        <w:rFonts w:ascii="Arial" w:hAnsi="Arial" w:cs="Arial"/>
        <w:b/>
        <w:bCs/>
        <w:sz w:val="24"/>
        <w:szCs w:val="24"/>
      </w:rPr>
      <w:tab/>
      <w:t>2026-09-29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9ED33" w14:textId="77777777" w:rsidR="00FC5138" w:rsidRDefault="00FC5138" w:rsidP="00136897">
      <w:pPr>
        <w:spacing w:after="0" w:line="240" w:lineRule="auto"/>
      </w:pPr>
      <w:r>
        <w:separator/>
      </w:r>
    </w:p>
  </w:footnote>
  <w:footnote w:type="continuationSeparator" w:id="0">
    <w:p w14:paraId="7755BD7A" w14:textId="77777777" w:rsidR="00FC5138" w:rsidRDefault="00FC5138" w:rsidP="001368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8644659">
    <w:abstractNumId w:val="8"/>
  </w:num>
  <w:num w:numId="2" w16cid:durableId="21712241">
    <w:abstractNumId w:val="6"/>
  </w:num>
  <w:num w:numId="3" w16cid:durableId="872234092">
    <w:abstractNumId w:val="5"/>
  </w:num>
  <w:num w:numId="4" w16cid:durableId="1802649527">
    <w:abstractNumId w:val="4"/>
  </w:num>
  <w:num w:numId="5" w16cid:durableId="202324869">
    <w:abstractNumId w:val="7"/>
  </w:num>
  <w:num w:numId="6" w16cid:durableId="327028638">
    <w:abstractNumId w:val="3"/>
  </w:num>
  <w:num w:numId="7" w16cid:durableId="263732881">
    <w:abstractNumId w:val="2"/>
  </w:num>
  <w:num w:numId="8" w16cid:durableId="752707583">
    <w:abstractNumId w:val="1"/>
  </w:num>
  <w:num w:numId="9" w16cid:durableId="7491617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36897"/>
    <w:rsid w:val="00147879"/>
    <w:rsid w:val="0015074B"/>
    <w:rsid w:val="001C7CB0"/>
    <w:rsid w:val="001F0A60"/>
    <w:rsid w:val="0029639D"/>
    <w:rsid w:val="00326F90"/>
    <w:rsid w:val="0059626C"/>
    <w:rsid w:val="0076335E"/>
    <w:rsid w:val="008053C2"/>
    <w:rsid w:val="00811AF0"/>
    <w:rsid w:val="00854BB8"/>
    <w:rsid w:val="008F1DD6"/>
    <w:rsid w:val="009C63F6"/>
    <w:rsid w:val="009E162C"/>
    <w:rsid w:val="00A74483"/>
    <w:rsid w:val="00A90121"/>
    <w:rsid w:val="00AA1D8D"/>
    <w:rsid w:val="00AC14BA"/>
    <w:rsid w:val="00AD5FA2"/>
    <w:rsid w:val="00AE6739"/>
    <w:rsid w:val="00B47730"/>
    <w:rsid w:val="00C074C2"/>
    <w:rsid w:val="00CB0664"/>
    <w:rsid w:val="00D5500A"/>
    <w:rsid w:val="00E76FEB"/>
    <w:rsid w:val="00F14AC2"/>
    <w:rsid w:val="00FC513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910833"/>
  <w14:defaultImageDpi w14:val="300"/>
  <w15:docId w15:val="{652E31BE-8C77-4526-9C26-445A174ED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96d48bd7-a8ec-495f-9684-067f65f4b446}" enabled="1" method="Standard" siteId="{3847dec6-63b2-43f9-a6d0-58a40aaa1a10}"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458</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Lam, Patrick CY</cp:lastModifiedBy>
  <cp:revision>3</cp:revision>
  <dcterms:created xsi:type="dcterms:W3CDTF">2026-09-30T05:08:00Z</dcterms:created>
  <dcterms:modified xsi:type="dcterms:W3CDTF">2026-09-30T19:24:00Z</dcterms:modified>
  <cp:category/>
</cp:coreProperties>
</file>