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EB1BD" w14:textId="77777777" w:rsidR="00030E2C" w:rsidRPr="00E66D95" w:rsidRDefault="00030E2C" w:rsidP="00030E2C">
      <w:pPr>
        <w:spacing w:after="0"/>
        <w:jc w:val="center"/>
        <w:rPr>
          <w:rFonts w:ascii="Arial" w:hAnsi="Arial" w:cs="Arial"/>
          <w:color w:val="auto"/>
          <w:sz w:val="24"/>
          <w:szCs w:val="24"/>
        </w:rPr>
      </w:pPr>
      <w:r w:rsidRPr="00E66D95">
        <w:rPr>
          <w:rFonts w:ascii="Arial" w:hAnsi="Arial" w:cs="Arial"/>
          <w:b/>
          <w:color w:val="auto"/>
          <w:sz w:val="24"/>
          <w:szCs w:val="24"/>
        </w:rPr>
        <w:t>STATE OF HAWAIʻI</w:t>
      </w:r>
      <w:r w:rsidRPr="00E66D95">
        <w:rPr>
          <w:rFonts w:ascii="Arial" w:hAnsi="Arial" w:cs="Arial"/>
          <w:b/>
          <w:color w:val="auto"/>
          <w:sz w:val="24"/>
          <w:szCs w:val="24"/>
        </w:rPr>
        <w:br/>
        <w:t>DEPARTMENT OF HUMAN RESOURCES DEVELOPMENT</w:t>
      </w:r>
    </w:p>
    <w:p w14:paraId="248F0426" w14:textId="0785D5C3" w:rsidR="00F31096" w:rsidRPr="00E66D95" w:rsidRDefault="00030E2C" w:rsidP="00030E2C">
      <w:pPr>
        <w:spacing w:after="0"/>
        <w:jc w:val="center"/>
        <w:rPr>
          <w:rFonts w:ascii="Arial" w:hAnsi="Arial" w:cs="Arial"/>
          <w:b/>
          <w:color w:val="auto"/>
          <w:sz w:val="28"/>
        </w:rPr>
      </w:pPr>
      <w:r w:rsidRPr="00E66D95">
        <w:rPr>
          <w:rFonts w:ascii="Arial" w:hAnsi="Arial" w:cs="Arial"/>
          <w:b/>
          <w:sz w:val="24"/>
        </w:rPr>
        <w:t xml:space="preserve">JOINT CONTRACTOR AND SUBCONTRACTOR LISTING </w:t>
      </w:r>
      <w:r w:rsidRPr="00E66D95">
        <w:rPr>
          <w:rFonts w:ascii="Arial" w:hAnsi="Arial" w:cs="Arial"/>
          <w:b/>
          <w:color w:val="auto"/>
          <w:sz w:val="24"/>
          <w:szCs w:val="24"/>
        </w:rPr>
        <w:t>FORM</w:t>
      </w:r>
      <w:r w:rsidRPr="00E66D95">
        <w:rPr>
          <w:rFonts w:ascii="Arial" w:hAnsi="Arial" w:cs="Arial"/>
          <w:b/>
          <w:color w:val="auto"/>
          <w:sz w:val="24"/>
          <w:szCs w:val="24"/>
        </w:rPr>
        <w:br/>
        <w:t>DHRD IFB NO. 27-02-ASO</w:t>
      </w:r>
    </w:p>
    <w:p w14:paraId="52F8F660" w14:textId="77777777" w:rsidR="00030E2C" w:rsidRPr="00E66D95" w:rsidRDefault="00030E2C" w:rsidP="00030E2C">
      <w:pPr>
        <w:spacing w:after="0"/>
        <w:jc w:val="center"/>
        <w:rPr>
          <w:rFonts w:ascii="Arial" w:hAnsi="Arial" w:cs="Arial"/>
          <w:b/>
          <w:color w:val="auto"/>
          <w:sz w:val="28"/>
        </w:rPr>
      </w:pPr>
    </w:p>
    <w:tbl>
      <w:tblPr>
        <w:tblW w:w="0" w:type="auto"/>
        <w:jc w:val="center"/>
        <w:tblLayout w:type="fixed"/>
        <w:tblLook w:val="04A0" w:firstRow="1" w:lastRow="0" w:firstColumn="1" w:lastColumn="0" w:noHBand="0" w:noVBand="1"/>
      </w:tblPr>
      <w:tblGrid>
        <w:gridCol w:w="9360"/>
      </w:tblGrid>
      <w:tr w:rsidR="00F31096" w:rsidRPr="00E66D95" w14:paraId="73D41BE0" w14:textId="77777777">
        <w:trPr>
          <w:jc w:val="center"/>
        </w:trPr>
        <w:tc>
          <w:tcPr>
            <w:tcW w:w="9360" w:type="dxa"/>
            <w:shd w:val="clear" w:color="auto" w:fill="F2F5F8"/>
            <w:tcMar>
              <w:top w:w="150" w:type="dxa"/>
              <w:left w:w="200" w:type="dxa"/>
              <w:bottom w:w="150" w:type="dxa"/>
              <w:right w:w="200" w:type="dxa"/>
            </w:tcMar>
          </w:tcPr>
          <w:p w14:paraId="1D9EE56C" w14:textId="77777777" w:rsidR="00F31096" w:rsidRPr="00E66D95" w:rsidRDefault="00B015B9">
            <w:pPr>
              <w:spacing w:after="80"/>
              <w:rPr>
                <w:rFonts w:ascii="Arial" w:hAnsi="Arial" w:cs="Arial"/>
              </w:rPr>
            </w:pPr>
            <w:r w:rsidRPr="00E66D95">
              <w:rPr>
                <w:rFonts w:ascii="Arial" w:hAnsi="Arial" w:cs="Arial"/>
                <w:b/>
                <w:color w:val="auto"/>
                <w:sz w:val="21"/>
              </w:rPr>
              <w:t>INSTRUCTIONS TO BIDDERS:</w:t>
            </w:r>
            <w:r w:rsidRPr="00E66D95">
              <w:rPr>
                <w:rFonts w:ascii="Arial" w:hAnsi="Arial" w:cs="Arial"/>
                <w:sz w:val="19"/>
              </w:rPr>
              <w:br/>
              <w:t>In accordance with Hawaiʻi Revised Statutes (HRS) §103D-302 and applicable procurement rules, the Bidder must completely list each joint contractor and subcontractor to be engaged in the performance of the Contract, along with the specific nature and scope of Work to be performed by each.</w:t>
            </w:r>
            <w:r w:rsidRPr="00E66D95">
              <w:rPr>
                <w:rFonts w:ascii="Arial" w:hAnsi="Arial" w:cs="Arial"/>
                <w:sz w:val="19"/>
              </w:rPr>
              <w:br/>
            </w:r>
            <w:r w:rsidRPr="00E66D95">
              <w:rPr>
                <w:rFonts w:ascii="Arial" w:hAnsi="Arial" w:cs="Arial"/>
                <w:sz w:val="19"/>
              </w:rPr>
              <w:br/>
            </w:r>
            <w:r w:rsidRPr="00E66D95">
              <w:rPr>
                <w:rFonts w:ascii="Arial" w:hAnsi="Arial" w:cs="Arial"/>
                <w:sz w:val="19"/>
              </w:rPr>
              <w:t>1. For each subcontractor listed, ensure they possess all valid State of Hawaiʻi contractor licenses under HRS Chapter 444 required to perform their assigned scope of work.</w:t>
            </w:r>
            <w:r w:rsidRPr="00E66D95">
              <w:rPr>
                <w:rFonts w:ascii="Arial" w:hAnsi="Arial" w:cs="Arial"/>
                <w:sz w:val="19"/>
              </w:rPr>
              <w:br/>
              <w:t>2. If no joint contractors or subcontractors are to be engaged, explicitly write 'NONE' or 'N/A' in the table below.</w:t>
            </w:r>
            <w:r w:rsidRPr="00E66D95">
              <w:rPr>
                <w:rFonts w:ascii="Arial" w:hAnsi="Arial" w:cs="Arial"/>
                <w:sz w:val="19"/>
              </w:rPr>
              <w:br/>
              <w:t>3. The Contractor shall remain the sole point of contact for contractual matters and is responsible for all subcontractor compliance.</w:t>
            </w:r>
          </w:p>
        </w:tc>
      </w:tr>
    </w:tbl>
    <w:p w14:paraId="2B3E50B2" w14:textId="77777777" w:rsidR="00F31096" w:rsidRPr="00E66D95" w:rsidRDefault="00F31096">
      <w:pPr>
        <w:spacing w:after="360"/>
        <w:rPr>
          <w:rFonts w:ascii="Arial" w:hAnsi="Arial" w:cs="Arial"/>
        </w:rPr>
      </w:pPr>
    </w:p>
    <w:p w14:paraId="10AA7AEF" w14:textId="77777777" w:rsidR="00F31096" w:rsidRPr="00E66D95" w:rsidRDefault="00B015B9">
      <w:pPr>
        <w:rPr>
          <w:rFonts w:ascii="Arial" w:hAnsi="Arial" w:cs="Arial"/>
          <w:color w:val="auto"/>
        </w:rPr>
      </w:pPr>
      <w:r w:rsidRPr="00E66D95">
        <w:rPr>
          <w:rFonts w:ascii="Arial" w:hAnsi="Arial" w:cs="Arial"/>
          <w:b/>
          <w:color w:val="auto"/>
          <w:sz w:val="24"/>
        </w:rPr>
        <w:t>1. BIDDER IDENTIFICATION</w:t>
      </w:r>
    </w:p>
    <w:tbl>
      <w:tblPr>
        <w:tblW w:w="0" w:type="auto"/>
        <w:jc w:val="center"/>
        <w:tblLayout w:type="fixed"/>
        <w:tblLook w:val="04A0" w:firstRow="1" w:lastRow="0" w:firstColumn="1" w:lastColumn="0" w:noHBand="0" w:noVBand="1"/>
      </w:tblPr>
      <w:tblGrid>
        <w:gridCol w:w="4680"/>
        <w:gridCol w:w="4680"/>
      </w:tblGrid>
      <w:tr w:rsidR="00F31096" w:rsidRPr="00E66D95" w14:paraId="49B6A994" w14:textId="77777777">
        <w:trPr>
          <w:jc w:val="center"/>
        </w:trPr>
        <w:tc>
          <w:tcPr>
            <w:tcW w:w="4680" w:type="dxa"/>
            <w:tcMar>
              <w:top w:w="120" w:type="dxa"/>
              <w:left w:w="120" w:type="dxa"/>
              <w:bottom w:w="240" w:type="dxa"/>
              <w:right w:w="120" w:type="dxa"/>
            </w:tcMar>
          </w:tcPr>
          <w:p w14:paraId="773AD420" w14:textId="77777777" w:rsidR="00F31096" w:rsidRPr="00E66D95" w:rsidRDefault="00B015B9">
            <w:pPr>
              <w:spacing w:after="40"/>
              <w:rPr>
                <w:rFonts w:ascii="Arial" w:hAnsi="Arial" w:cs="Arial"/>
              </w:rPr>
            </w:pPr>
            <w:r w:rsidRPr="00E66D95">
              <w:rPr>
                <w:rFonts w:ascii="Arial" w:hAnsi="Arial" w:cs="Arial"/>
                <w:b/>
                <w:color w:val="555555"/>
                <w:sz w:val="19"/>
              </w:rPr>
              <w:t>Legal Name of Bidder / Company:</w:t>
            </w:r>
          </w:p>
        </w:tc>
        <w:tc>
          <w:tcPr>
            <w:tcW w:w="4680" w:type="dxa"/>
            <w:tcMar>
              <w:top w:w="120" w:type="dxa"/>
              <w:left w:w="120" w:type="dxa"/>
              <w:bottom w:w="240" w:type="dxa"/>
              <w:right w:w="120" w:type="dxa"/>
            </w:tcMar>
          </w:tcPr>
          <w:p w14:paraId="26E8BD66" w14:textId="77777777" w:rsidR="00F31096" w:rsidRPr="00E66D95" w:rsidRDefault="00B015B9">
            <w:pPr>
              <w:spacing w:after="40"/>
              <w:rPr>
                <w:rFonts w:ascii="Arial" w:hAnsi="Arial" w:cs="Arial"/>
              </w:rPr>
            </w:pPr>
            <w:r w:rsidRPr="00E66D95">
              <w:rPr>
                <w:rFonts w:ascii="Arial" w:hAnsi="Arial" w:cs="Arial"/>
                <w:b/>
                <w:color w:val="555555"/>
                <w:sz w:val="19"/>
              </w:rPr>
              <w:t>Hawaiʻi Contractor License No:</w:t>
            </w:r>
          </w:p>
        </w:tc>
      </w:tr>
      <w:tr w:rsidR="00F31096" w:rsidRPr="00E66D95" w14:paraId="7941A247" w14:textId="77777777">
        <w:trPr>
          <w:jc w:val="center"/>
        </w:trPr>
        <w:tc>
          <w:tcPr>
            <w:tcW w:w="4680" w:type="dxa"/>
            <w:tcMar>
              <w:top w:w="120" w:type="dxa"/>
              <w:left w:w="120" w:type="dxa"/>
              <w:bottom w:w="240" w:type="dxa"/>
              <w:right w:w="120" w:type="dxa"/>
            </w:tcMar>
          </w:tcPr>
          <w:p w14:paraId="09ADDCCE" w14:textId="77777777" w:rsidR="00E46D1C" w:rsidRPr="00E66D95" w:rsidRDefault="00E46D1C">
            <w:pPr>
              <w:spacing w:after="40"/>
              <w:rPr>
                <w:rFonts w:ascii="Arial" w:hAnsi="Arial" w:cs="Arial"/>
                <w:b/>
                <w:color w:val="555555"/>
                <w:sz w:val="19"/>
              </w:rPr>
            </w:pPr>
          </w:p>
          <w:p w14:paraId="7F945D17" w14:textId="332E1379" w:rsidR="00F31096" w:rsidRPr="00E66D95" w:rsidRDefault="00B015B9">
            <w:pPr>
              <w:spacing w:after="40"/>
              <w:rPr>
                <w:rFonts w:ascii="Arial" w:hAnsi="Arial" w:cs="Arial"/>
              </w:rPr>
            </w:pPr>
            <w:r w:rsidRPr="00E66D95">
              <w:rPr>
                <w:rFonts w:ascii="Arial" w:hAnsi="Arial" w:cs="Arial"/>
                <w:b/>
                <w:color w:val="555555"/>
                <w:sz w:val="19"/>
              </w:rPr>
              <w:t>Authorized Representative Name &amp; Title:</w:t>
            </w:r>
          </w:p>
        </w:tc>
        <w:tc>
          <w:tcPr>
            <w:tcW w:w="4680" w:type="dxa"/>
            <w:tcMar>
              <w:top w:w="120" w:type="dxa"/>
              <w:left w:w="120" w:type="dxa"/>
              <w:bottom w:w="240" w:type="dxa"/>
              <w:right w:w="120" w:type="dxa"/>
            </w:tcMar>
          </w:tcPr>
          <w:p w14:paraId="0BFF23CC" w14:textId="77777777" w:rsidR="00E46D1C" w:rsidRPr="00E66D95" w:rsidRDefault="00E46D1C">
            <w:pPr>
              <w:spacing w:after="40"/>
              <w:rPr>
                <w:rFonts w:ascii="Arial" w:hAnsi="Arial" w:cs="Arial"/>
                <w:b/>
                <w:color w:val="555555"/>
                <w:sz w:val="19"/>
              </w:rPr>
            </w:pPr>
          </w:p>
          <w:p w14:paraId="79C442BF" w14:textId="6DFC8820" w:rsidR="00F31096" w:rsidRPr="00E66D95" w:rsidRDefault="00B015B9">
            <w:pPr>
              <w:spacing w:after="40"/>
              <w:rPr>
                <w:rFonts w:ascii="Arial" w:hAnsi="Arial" w:cs="Arial"/>
              </w:rPr>
            </w:pPr>
            <w:r w:rsidRPr="00E66D95">
              <w:rPr>
                <w:rFonts w:ascii="Arial" w:hAnsi="Arial" w:cs="Arial"/>
                <w:b/>
                <w:color w:val="555555"/>
                <w:sz w:val="19"/>
              </w:rPr>
              <w:t>License Classification(s):</w:t>
            </w:r>
          </w:p>
        </w:tc>
      </w:tr>
    </w:tbl>
    <w:p w14:paraId="65FB7899" w14:textId="77777777" w:rsidR="00F31096" w:rsidRPr="00E66D95" w:rsidRDefault="00F31096">
      <w:pPr>
        <w:spacing w:after="360"/>
        <w:rPr>
          <w:rFonts w:ascii="Arial" w:hAnsi="Arial" w:cs="Arial"/>
        </w:rPr>
      </w:pPr>
    </w:p>
    <w:p w14:paraId="7B4E7AB1" w14:textId="77777777" w:rsidR="00F31096" w:rsidRPr="00E66D95" w:rsidRDefault="00B015B9">
      <w:pPr>
        <w:rPr>
          <w:rFonts w:ascii="Arial" w:hAnsi="Arial" w:cs="Arial"/>
          <w:color w:val="auto"/>
        </w:rPr>
      </w:pPr>
      <w:r w:rsidRPr="00E66D95">
        <w:rPr>
          <w:rFonts w:ascii="Arial" w:hAnsi="Arial" w:cs="Arial"/>
          <w:b/>
          <w:color w:val="auto"/>
          <w:sz w:val="24"/>
        </w:rPr>
        <w:t>2. JOINT CONTRACTOR AND SUBCONTRACTOR LISTING</w:t>
      </w:r>
    </w:p>
    <w:tbl>
      <w:tblPr>
        <w:tblStyle w:val="TableGrid"/>
        <w:tblW w:w="0" w:type="auto"/>
        <w:tblLayout w:type="fixed"/>
        <w:tblLook w:val="04A0" w:firstRow="1" w:lastRow="0" w:firstColumn="1" w:lastColumn="0" w:noHBand="0" w:noVBand="1"/>
      </w:tblPr>
      <w:tblGrid>
        <w:gridCol w:w="3120"/>
        <w:gridCol w:w="3120"/>
        <w:gridCol w:w="3120"/>
      </w:tblGrid>
      <w:tr w:rsidR="00F31096" w:rsidRPr="00E66D95" w14:paraId="6073B7F7" w14:textId="77777777" w:rsidTr="00E46D1C">
        <w:tc>
          <w:tcPr>
            <w:tcW w:w="3120" w:type="dxa"/>
          </w:tcPr>
          <w:p w14:paraId="0CC5D4D6" w14:textId="77777777" w:rsidR="00F31096" w:rsidRPr="00E66D95" w:rsidRDefault="00B015B9">
            <w:pPr>
              <w:jc w:val="center"/>
              <w:rPr>
                <w:rFonts w:ascii="Arial" w:hAnsi="Arial" w:cs="Arial"/>
                <w:color w:val="auto"/>
              </w:rPr>
            </w:pPr>
            <w:r w:rsidRPr="00E66D95">
              <w:rPr>
                <w:rFonts w:ascii="Arial" w:hAnsi="Arial" w:cs="Arial"/>
                <w:b/>
                <w:color w:val="auto"/>
                <w:sz w:val="19"/>
              </w:rPr>
              <w:t>Complete Legal Name of Joint Contractor</w:t>
            </w:r>
            <w:r w:rsidRPr="00E66D95">
              <w:rPr>
                <w:rFonts w:ascii="Arial" w:hAnsi="Arial" w:cs="Arial"/>
                <w:b/>
                <w:color w:val="auto"/>
                <w:sz w:val="19"/>
              </w:rPr>
              <w:br/>
              <w:t>or Subcontractor</w:t>
            </w:r>
          </w:p>
        </w:tc>
        <w:tc>
          <w:tcPr>
            <w:tcW w:w="3120" w:type="dxa"/>
          </w:tcPr>
          <w:p w14:paraId="1C82C506" w14:textId="77777777" w:rsidR="00F31096" w:rsidRPr="00E66D95" w:rsidRDefault="00B015B9">
            <w:pPr>
              <w:jc w:val="center"/>
              <w:rPr>
                <w:rFonts w:ascii="Arial" w:hAnsi="Arial" w:cs="Arial"/>
                <w:color w:val="auto"/>
              </w:rPr>
            </w:pPr>
            <w:r w:rsidRPr="00E66D95">
              <w:rPr>
                <w:rFonts w:ascii="Arial" w:hAnsi="Arial" w:cs="Arial"/>
                <w:b/>
                <w:color w:val="auto"/>
                <w:sz w:val="19"/>
              </w:rPr>
              <w:t>Hawaiʻi License</w:t>
            </w:r>
            <w:r w:rsidRPr="00E66D95">
              <w:rPr>
                <w:rFonts w:ascii="Arial" w:hAnsi="Arial" w:cs="Arial"/>
                <w:b/>
                <w:color w:val="auto"/>
                <w:sz w:val="19"/>
              </w:rPr>
              <w:br/>
              <w:t>Number</w:t>
            </w:r>
          </w:p>
        </w:tc>
        <w:tc>
          <w:tcPr>
            <w:tcW w:w="3120" w:type="dxa"/>
          </w:tcPr>
          <w:p w14:paraId="5FCD4242" w14:textId="77777777" w:rsidR="00F31096" w:rsidRPr="00E66D95" w:rsidRDefault="00B015B9">
            <w:pPr>
              <w:jc w:val="center"/>
              <w:rPr>
                <w:rFonts w:ascii="Arial" w:hAnsi="Arial" w:cs="Arial"/>
                <w:color w:val="auto"/>
              </w:rPr>
            </w:pPr>
            <w:r w:rsidRPr="00E66D95">
              <w:rPr>
                <w:rFonts w:ascii="Arial" w:hAnsi="Arial" w:cs="Arial"/>
                <w:b/>
                <w:color w:val="auto"/>
                <w:sz w:val="19"/>
              </w:rPr>
              <w:t>Specific Nature, Scope, and Floor Phase of Work</w:t>
            </w:r>
            <w:r w:rsidRPr="00E66D95">
              <w:rPr>
                <w:rFonts w:ascii="Arial" w:hAnsi="Arial" w:cs="Arial"/>
                <w:b/>
                <w:color w:val="auto"/>
                <w:sz w:val="19"/>
              </w:rPr>
              <w:br/>
              <w:t>to be Performed</w:t>
            </w:r>
          </w:p>
        </w:tc>
      </w:tr>
      <w:tr w:rsidR="00F31096" w:rsidRPr="00E66D95" w14:paraId="75A42610" w14:textId="77777777" w:rsidTr="00E46D1C">
        <w:tc>
          <w:tcPr>
            <w:tcW w:w="3120" w:type="dxa"/>
          </w:tcPr>
          <w:p w14:paraId="52655E57" w14:textId="77777777" w:rsidR="00F31096" w:rsidRPr="00E66D95" w:rsidRDefault="00F31096">
            <w:pPr>
              <w:rPr>
                <w:rFonts w:ascii="Arial" w:hAnsi="Arial" w:cs="Arial"/>
              </w:rPr>
            </w:pPr>
          </w:p>
        </w:tc>
        <w:tc>
          <w:tcPr>
            <w:tcW w:w="3120" w:type="dxa"/>
          </w:tcPr>
          <w:p w14:paraId="15E100C1" w14:textId="77777777" w:rsidR="00F31096" w:rsidRPr="00E66D95" w:rsidRDefault="00F31096">
            <w:pPr>
              <w:rPr>
                <w:rFonts w:ascii="Arial" w:hAnsi="Arial" w:cs="Arial"/>
              </w:rPr>
            </w:pPr>
          </w:p>
        </w:tc>
        <w:tc>
          <w:tcPr>
            <w:tcW w:w="3120" w:type="dxa"/>
          </w:tcPr>
          <w:p w14:paraId="73E6BB16" w14:textId="77777777" w:rsidR="00F31096" w:rsidRPr="00E66D95" w:rsidRDefault="00F31096">
            <w:pPr>
              <w:rPr>
                <w:rFonts w:ascii="Arial" w:hAnsi="Arial" w:cs="Arial"/>
              </w:rPr>
            </w:pPr>
          </w:p>
        </w:tc>
      </w:tr>
      <w:tr w:rsidR="00F31096" w:rsidRPr="00E66D95" w14:paraId="12DF3C8F" w14:textId="77777777" w:rsidTr="00E46D1C">
        <w:tc>
          <w:tcPr>
            <w:tcW w:w="3120" w:type="dxa"/>
          </w:tcPr>
          <w:p w14:paraId="35552362" w14:textId="77777777" w:rsidR="00F31096" w:rsidRPr="00E66D95" w:rsidRDefault="00F31096">
            <w:pPr>
              <w:rPr>
                <w:rFonts w:ascii="Arial" w:hAnsi="Arial" w:cs="Arial"/>
              </w:rPr>
            </w:pPr>
          </w:p>
        </w:tc>
        <w:tc>
          <w:tcPr>
            <w:tcW w:w="3120" w:type="dxa"/>
          </w:tcPr>
          <w:p w14:paraId="1E3B2BEA" w14:textId="77777777" w:rsidR="00F31096" w:rsidRPr="00E66D95" w:rsidRDefault="00F31096">
            <w:pPr>
              <w:rPr>
                <w:rFonts w:ascii="Arial" w:hAnsi="Arial" w:cs="Arial"/>
              </w:rPr>
            </w:pPr>
          </w:p>
        </w:tc>
        <w:tc>
          <w:tcPr>
            <w:tcW w:w="3120" w:type="dxa"/>
          </w:tcPr>
          <w:p w14:paraId="5F106428" w14:textId="77777777" w:rsidR="00F31096" w:rsidRPr="00E66D95" w:rsidRDefault="00F31096">
            <w:pPr>
              <w:rPr>
                <w:rFonts w:ascii="Arial" w:hAnsi="Arial" w:cs="Arial"/>
              </w:rPr>
            </w:pPr>
          </w:p>
        </w:tc>
      </w:tr>
      <w:tr w:rsidR="00F31096" w:rsidRPr="00E66D95" w14:paraId="0E7778F6" w14:textId="77777777" w:rsidTr="00E46D1C">
        <w:tc>
          <w:tcPr>
            <w:tcW w:w="3120" w:type="dxa"/>
          </w:tcPr>
          <w:p w14:paraId="1922EE40" w14:textId="77777777" w:rsidR="00F31096" w:rsidRPr="00E66D95" w:rsidRDefault="00F31096">
            <w:pPr>
              <w:rPr>
                <w:rFonts w:ascii="Arial" w:hAnsi="Arial" w:cs="Arial"/>
              </w:rPr>
            </w:pPr>
          </w:p>
        </w:tc>
        <w:tc>
          <w:tcPr>
            <w:tcW w:w="3120" w:type="dxa"/>
          </w:tcPr>
          <w:p w14:paraId="6C1ADED8" w14:textId="77777777" w:rsidR="00F31096" w:rsidRPr="00E66D95" w:rsidRDefault="00F31096">
            <w:pPr>
              <w:rPr>
                <w:rFonts w:ascii="Arial" w:hAnsi="Arial" w:cs="Arial"/>
              </w:rPr>
            </w:pPr>
          </w:p>
        </w:tc>
        <w:tc>
          <w:tcPr>
            <w:tcW w:w="3120" w:type="dxa"/>
          </w:tcPr>
          <w:p w14:paraId="5DE3FD40" w14:textId="77777777" w:rsidR="00F31096" w:rsidRPr="00E66D95" w:rsidRDefault="00F31096">
            <w:pPr>
              <w:rPr>
                <w:rFonts w:ascii="Arial" w:hAnsi="Arial" w:cs="Arial"/>
              </w:rPr>
            </w:pPr>
          </w:p>
        </w:tc>
      </w:tr>
      <w:tr w:rsidR="00F31096" w:rsidRPr="00E66D95" w14:paraId="163EB881" w14:textId="77777777" w:rsidTr="00E46D1C">
        <w:tc>
          <w:tcPr>
            <w:tcW w:w="3120" w:type="dxa"/>
          </w:tcPr>
          <w:p w14:paraId="186840BF" w14:textId="77777777" w:rsidR="00F31096" w:rsidRPr="00E66D95" w:rsidRDefault="00F31096">
            <w:pPr>
              <w:rPr>
                <w:rFonts w:ascii="Arial" w:hAnsi="Arial" w:cs="Arial"/>
              </w:rPr>
            </w:pPr>
          </w:p>
        </w:tc>
        <w:tc>
          <w:tcPr>
            <w:tcW w:w="3120" w:type="dxa"/>
          </w:tcPr>
          <w:p w14:paraId="7288AEE2" w14:textId="77777777" w:rsidR="00F31096" w:rsidRPr="00E66D95" w:rsidRDefault="00F31096">
            <w:pPr>
              <w:rPr>
                <w:rFonts w:ascii="Arial" w:hAnsi="Arial" w:cs="Arial"/>
              </w:rPr>
            </w:pPr>
          </w:p>
        </w:tc>
        <w:tc>
          <w:tcPr>
            <w:tcW w:w="3120" w:type="dxa"/>
          </w:tcPr>
          <w:p w14:paraId="00AA0998" w14:textId="77777777" w:rsidR="00F31096" w:rsidRPr="00E66D95" w:rsidRDefault="00F31096">
            <w:pPr>
              <w:rPr>
                <w:rFonts w:ascii="Arial" w:hAnsi="Arial" w:cs="Arial"/>
              </w:rPr>
            </w:pPr>
          </w:p>
        </w:tc>
      </w:tr>
      <w:tr w:rsidR="00F31096" w:rsidRPr="00E66D95" w14:paraId="2ADB779E" w14:textId="77777777" w:rsidTr="00E46D1C">
        <w:tc>
          <w:tcPr>
            <w:tcW w:w="3120" w:type="dxa"/>
          </w:tcPr>
          <w:p w14:paraId="7F38EDC0" w14:textId="77777777" w:rsidR="00F31096" w:rsidRPr="00E66D95" w:rsidRDefault="00F31096">
            <w:pPr>
              <w:rPr>
                <w:rFonts w:ascii="Arial" w:hAnsi="Arial" w:cs="Arial"/>
              </w:rPr>
            </w:pPr>
          </w:p>
        </w:tc>
        <w:tc>
          <w:tcPr>
            <w:tcW w:w="3120" w:type="dxa"/>
          </w:tcPr>
          <w:p w14:paraId="4605CFA1" w14:textId="77777777" w:rsidR="00F31096" w:rsidRPr="00E66D95" w:rsidRDefault="00F31096">
            <w:pPr>
              <w:rPr>
                <w:rFonts w:ascii="Arial" w:hAnsi="Arial" w:cs="Arial"/>
              </w:rPr>
            </w:pPr>
          </w:p>
        </w:tc>
        <w:tc>
          <w:tcPr>
            <w:tcW w:w="3120" w:type="dxa"/>
          </w:tcPr>
          <w:p w14:paraId="67FB32DF" w14:textId="77777777" w:rsidR="00F31096" w:rsidRPr="00E66D95" w:rsidRDefault="00F31096">
            <w:pPr>
              <w:rPr>
                <w:rFonts w:ascii="Arial" w:hAnsi="Arial" w:cs="Arial"/>
              </w:rPr>
            </w:pPr>
          </w:p>
        </w:tc>
      </w:tr>
    </w:tbl>
    <w:p w14:paraId="4088C3BC" w14:textId="77777777" w:rsidR="00F31096" w:rsidRPr="00E66D95" w:rsidRDefault="00F31096">
      <w:pPr>
        <w:spacing w:after="480"/>
        <w:rPr>
          <w:rFonts w:ascii="Arial" w:hAnsi="Arial" w:cs="Arial"/>
        </w:rPr>
      </w:pPr>
    </w:p>
    <w:p w14:paraId="71BA6D1A" w14:textId="77777777" w:rsidR="00E46D1C" w:rsidRPr="00E66D95" w:rsidRDefault="00E46D1C">
      <w:pPr>
        <w:rPr>
          <w:rFonts w:ascii="Arial" w:hAnsi="Arial" w:cs="Arial"/>
          <w:b/>
          <w:color w:val="auto"/>
          <w:sz w:val="24"/>
        </w:rPr>
      </w:pPr>
    </w:p>
    <w:p w14:paraId="33087916" w14:textId="77777777" w:rsidR="00E46D1C" w:rsidRPr="00E66D95" w:rsidRDefault="00E46D1C">
      <w:pPr>
        <w:rPr>
          <w:rFonts w:ascii="Arial" w:hAnsi="Arial" w:cs="Arial"/>
          <w:b/>
          <w:color w:val="auto"/>
          <w:sz w:val="24"/>
        </w:rPr>
      </w:pPr>
    </w:p>
    <w:p w14:paraId="6FAF4D1C" w14:textId="77777777" w:rsidR="00E46D1C" w:rsidRPr="00E66D95" w:rsidRDefault="00E46D1C">
      <w:pPr>
        <w:rPr>
          <w:rFonts w:ascii="Arial" w:hAnsi="Arial" w:cs="Arial"/>
          <w:b/>
          <w:color w:val="auto"/>
          <w:sz w:val="24"/>
        </w:rPr>
      </w:pPr>
    </w:p>
    <w:p w14:paraId="59C9ED3F" w14:textId="671A1BF4" w:rsidR="00F31096" w:rsidRPr="00E66D95" w:rsidRDefault="00B015B9">
      <w:pPr>
        <w:rPr>
          <w:rFonts w:ascii="Arial" w:hAnsi="Arial" w:cs="Arial"/>
          <w:color w:val="auto"/>
        </w:rPr>
      </w:pPr>
      <w:r w:rsidRPr="00E66D95">
        <w:rPr>
          <w:rFonts w:ascii="Arial" w:hAnsi="Arial" w:cs="Arial"/>
          <w:b/>
          <w:color w:val="auto"/>
          <w:sz w:val="24"/>
        </w:rPr>
        <w:lastRenderedPageBreak/>
        <w:t>3. BIDDER CERTIFICATION</w:t>
      </w:r>
    </w:p>
    <w:p w14:paraId="329F5D95" w14:textId="77777777" w:rsidR="00F31096" w:rsidRPr="00E66D95" w:rsidRDefault="00B015B9">
      <w:pPr>
        <w:spacing w:after="360"/>
        <w:rPr>
          <w:rFonts w:ascii="Arial" w:hAnsi="Arial" w:cs="Arial"/>
        </w:rPr>
      </w:pPr>
      <w:r w:rsidRPr="00E66D95">
        <w:rPr>
          <w:rFonts w:ascii="Arial" w:hAnsi="Arial" w:cs="Arial"/>
          <w:sz w:val="20"/>
        </w:rPr>
        <w:t>By submitting a bid and signing below, the Bidder certifies that the joint contractors and subcontractors listed above will be engaged to perform the specified portions of construction services for the 12th and 13th Floor Carpet Tile Replacement project under DHRD IFB No. 27-02-ASO. The Bidder further certifies that all listed entities possess valid, active licenses in good standing with the State of Hawaiʻi Professional and Vocational Licensing Division (PVL) required for their respective scopes of work. N</w:t>
      </w:r>
      <w:r w:rsidRPr="00E66D95">
        <w:rPr>
          <w:rFonts w:ascii="Arial" w:hAnsi="Arial" w:cs="Arial"/>
          <w:sz w:val="20"/>
        </w:rPr>
        <w:t>o substitutions shall be permitted without prior written authorization from the State.</w:t>
      </w:r>
    </w:p>
    <w:tbl>
      <w:tblPr>
        <w:tblW w:w="0" w:type="auto"/>
        <w:jc w:val="center"/>
        <w:tblLayout w:type="fixed"/>
        <w:tblLook w:val="04A0" w:firstRow="1" w:lastRow="0" w:firstColumn="1" w:lastColumn="0" w:noHBand="0" w:noVBand="1"/>
      </w:tblPr>
      <w:tblGrid>
        <w:gridCol w:w="4680"/>
        <w:gridCol w:w="4680"/>
      </w:tblGrid>
      <w:tr w:rsidR="00F31096" w:rsidRPr="00E66D95" w14:paraId="350FCD9B" w14:textId="77777777">
        <w:trPr>
          <w:jc w:val="center"/>
        </w:trPr>
        <w:tc>
          <w:tcPr>
            <w:tcW w:w="4680" w:type="dxa"/>
            <w:tcMar>
              <w:top w:w="100" w:type="dxa"/>
              <w:left w:w="100" w:type="dxa"/>
              <w:bottom w:w="150" w:type="dxa"/>
              <w:right w:w="100" w:type="dxa"/>
            </w:tcMar>
          </w:tcPr>
          <w:p w14:paraId="26D5F2D9" w14:textId="418DFB47" w:rsidR="00F31096" w:rsidRPr="00E66D95" w:rsidRDefault="00B015B9">
            <w:pPr>
              <w:spacing w:after="120"/>
              <w:rPr>
                <w:rFonts w:ascii="Arial" w:hAnsi="Arial" w:cs="Arial"/>
              </w:rPr>
            </w:pPr>
            <w:r w:rsidRPr="00E66D95">
              <w:rPr>
                <w:rFonts w:ascii="Arial" w:hAnsi="Arial" w:cs="Arial"/>
                <w:b/>
                <w:color w:val="444444"/>
                <w:sz w:val="19"/>
              </w:rPr>
              <w:t>Authorized Signature:</w:t>
            </w:r>
            <w:r w:rsidRPr="00E66D95">
              <w:rPr>
                <w:rFonts w:ascii="Arial" w:hAnsi="Arial" w:cs="Arial"/>
                <w:sz w:val="20"/>
              </w:rPr>
              <w:br/>
            </w:r>
            <w:r w:rsidRPr="00E66D95">
              <w:rPr>
                <w:rFonts w:ascii="Arial" w:hAnsi="Arial" w:cs="Arial"/>
                <w:sz w:val="20"/>
              </w:rPr>
              <w:br/>
            </w:r>
            <w:r w:rsidRPr="00E66D95">
              <w:rPr>
                <w:rFonts w:ascii="Arial" w:hAnsi="Arial" w:cs="Arial"/>
                <w:sz w:val="20"/>
              </w:rPr>
              <w:t>____________________________</w:t>
            </w:r>
            <w:r w:rsidR="00E66D95">
              <w:rPr>
                <w:rFonts w:ascii="Arial" w:hAnsi="Arial" w:cs="Arial"/>
                <w:sz w:val="20"/>
              </w:rPr>
              <w:t xml:space="preserve">__   </w:t>
            </w:r>
          </w:p>
        </w:tc>
        <w:tc>
          <w:tcPr>
            <w:tcW w:w="4680" w:type="dxa"/>
            <w:tcMar>
              <w:top w:w="100" w:type="dxa"/>
              <w:left w:w="100" w:type="dxa"/>
              <w:bottom w:w="150" w:type="dxa"/>
              <w:right w:w="100" w:type="dxa"/>
            </w:tcMar>
          </w:tcPr>
          <w:p w14:paraId="78D240E0" w14:textId="6FE32684" w:rsidR="00F31096" w:rsidRPr="00E66D95" w:rsidRDefault="00B015B9">
            <w:pPr>
              <w:spacing w:after="120"/>
              <w:rPr>
                <w:rFonts w:ascii="Arial" w:hAnsi="Arial" w:cs="Arial"/>
              </w:rPr>
            </w:pPr>
            <w:r w:rsidRPr="00E66D95">
              <w:rPr>
                <w:rFonts w:ascii="Arial" w:hAnsi="Arial" w:cs="Arial"/>
                <w:b/>
                <w:color w:val="444444"/>
                <w:sz w:val="19"/>
              </w:rPr>
              <w:t>Date:</w:t>
            </w:r>
            <w:r w:rsidRPr="00E66D95">
              <w:rPr>
                <w:rFonts w:ascii="Arial" w:hAnsi="Arial" w:cs="Arial"/>
                <w:sz w:val="20"/>
              </w:rPr>
              <w:br/>
            </w:r>
            <w:r w:rsidRPr="00E66D95">
              <w:rPr>
                <w:rFonts w:ascii="Arial" w:hAnsi="Arial" w:cs="Arial"/>
                <w:sz w:val="20"/>
              </w:rPr>
              <w:br/>
            </w:r>
            <w:r w:rsidR="00E66D95" w:rsidRPr="00E66D95">
              <w:rPr>
                <w:rFonts w:ascii="Arial" w:hAnsi="Arial" w:cs="Arial"/>
                <w:sz w:val="20"/>
              </w:rPr>
              <w:t>________________________</w:t>
            </w:r>
          </w:p>
        </w:tc>
      </w:tr>
      <w:tr w:rsidR="00F31096" w:rsidRPr="00E66D95" w14:paraId="15F42C87" w14:textId="77777777">
        <w:trPr>
          <w:jc w:val="center"/>
        </w:trPr>
        <w:tc>
          <w:tcPr>
            <w:tcW w:w="4680" w:type="dxa"/>
            <w:tcMar>
              <w:top w:w="100" w:type="dxa"/>
              <w:left w:w="100" w:type="dxa"/>
              <w:bottom w:w="150" w:type="dxa"/>
              <w:right w:w="100" w:type="dxa"/>
            </w:tcMar>
          </w:tcPr>
          <w:p w14:paraId="3A4F9371" w14:textId="4A772507" w:rsidR="00F31096" w:rsidRPr="00E66D95" w:rsidRDefault="00B015B9">
            <w:pPr>
              <w:spacing w:after="120"/>
              <w:rPr>
                <w:rFonts w:ascii="Arial" w:hAnsi="Arial" w:cs="Arial"/>
              </w:rPr>
            </w:pPr>
            <w:r w:rsidRPr="00E66D95">
              <w:rPr>
                <w:rFonts w:ascii="Arial" w:hAnsi="Arial" w:cs="Arial"/>
                <w:b/>
                <w:color w:val="444444"/>
                <w:sz w:val="19"/>
              </w:rPr>
              <w:t>Printed Name of Signatory:</w:t>
            </w:r>
            <w:r w:rsidRPr="00E66D95">
              <w:rPr>
                <w:rFonts w:ascii="Arial" w:hAnsi="Arial" w:cs="Arial"/>
                <w:sz w:val="20"/>
              </w:rPr>
              <w:br/>
            </w:r>
            <w:r w:rsidRPr="00E66D95">
              <w:rPr>
                <w:rFonts w:ascii="Arial" w:hAnsi="Arial" w:cs="Arial"/>
                <w:sz w:val="20"/>
              </w:rPr>
              <w:br/>
              <w:t>______________________________</w:t>
            </w:r>
          </w:p>
        </w:tc>
        <w:tc>
          <w:tcPr>
            <w:tcW w:w="4680" w:type="dxa"/>
            <w:tcMar>
              <w:top w:w="100" w:type="dxa"/>
              <w:left w:w="100" w:type="dxa"/>
              <w:bottom w:w="150" w:type="dxa"/>
              <w:right w:w="100" w:type="dxa"/>
            </w:tcMar>
          </w:tcPr>
          <w:p w14:paraId="19D8319E" w14:textId="77777777" w:rsidR="00F31096" w:rsidRPr="00E66D95" w:rsidRDefault="00B015B9">
            <w:pPr>
              <w:spacing w:after="120"/>
              <w:rPr>
                <w:rFonts w:ascii="Arial" w:hAnsi="Arial" w:cs="Arial"/>
              </w:rPr>
            </w:pPr>
            <w:r w:rsidRPr="00E66D95">
              <w:rPr>
                <w:rFonts w:ascii="Arial" w:hAnsi="Arial" w:cs="Arial"/>
                <w:b/>
                <w:color w:val="444444"/>
                <w:sz w:val="19"/>
              </w:rPr>
              <w:t>Title:</w:t>
            </w:r>
            <w:r w:rsidRPr="00E66D95">
              <w:rPr>
                <w:rFonts w:ascii="Arial" w:hAnsi="Arial" w:cs="Arial"/>
                <w:sz w:val="20"/>
              </w:rPr>
              <w:br/>
            </w:r>
            <w:r w:rsidRPr="00E66D95">
              <w:rPr>
                <w:rFonts w:ascii="Arial" w:hAnsi="Arial" w:cs="Arial"/>
                <w:sz w:val="20"/>
              </w:rPr>
              <w:br/>
              <w:t>________________________</w:t>
            </w:r>
          </w:p>
        </w:tc>
      </w:tr>
    </w:tbl>
    <w:p w14:paraId="535CFE60" w14:textId="77777777" w:rsidR="00D76569" w:rsidRPr="00E66D95" w:rsidRDefault="00D76569">
      <w:pPr>
        <w:rPr>
          <w:rFonts w:ascii="Arial" w:hAnsi="Arial" w:cs="Arial"/>
        </w:rPr>
      </w:pPr>
    </w:p>
    <w:sectPr w:rsidR="00D76569" w:rsidRPr="00E66D95" w:rsidSect="0003461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1A0A0" w14:textId="77777777" w:rsidR="00B015B9" w:rsidRDefault="00B015B9" w:rsidP="00697125">
      <w:pPr>
        <w:spacing w:after="0" w:line="240" w:lineRule="auto"/>
      </w:pPr>
      <w:r>
        <w:separator/>
      </w:r>
    </w:p>
  </w:endnote>
  <w:endnote w:type="continuationSeparator" w:id="0">
    <w:p w14:paraId="1DDE21C9" w14:textId="77777777" w:rsidR="00B015B9" w:rsidRDefault="00B015B9" w:rsidP="006971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11278" w14:textId="611EAE51" w:rsidR="00697125" w:rsidRDefault="00697125">
    <w:pPr>
      <w:pStyle w:val="Footer"/>
      <w:rPr>
        <w:rFonts w:ascii="Arial" w:hAnsi="Arial" w:cs="Arial"/>
        <w:b/>
        <w:bCs/>
        <w:sz w:val="24"/>
        <w:szCs w:val="24"/>
      </w:rPr>
    </w:pPr>
    <w:r w:rsidRPr="00E66D95">
      <w:rPr>
        <w:rFonts w:ascii="Arial" w:hAnsi="Arial" w:cs="Arial"/>
        <w:b/>
        <w:bCs/>
        <w:sz w:val="24"/>
        <w:szCs w:val="24"/>
      </w:rPr>
      <w:t>Joint Contractor and Subcontractor Form</w:t>
    </w:r>
    <w:r w:rsidR="00E66D95">
      <w:rPr>
        <w:rFonts w:ascii="Arial" w:hAnsi="Arial" w:cs="Arial"/>
        <w:b/>
        <w:bCs/>
        <w:sz w:val="24"/>
        <w:szCs w:val="24"/>
      </w:rPr>
      <w:tab/>
    </w:r>
    <w:r w:rsidRPr="00E66D95">
      <w:rPr>
        <w:rFonts w:ascii="Arial" w:hAnsi="Arial" w:cs="Arial"/>
        <w:b/>
        <w:bCs/>
        <w:sz w:val="24"/>
        <w:szCs w:val="24"/>
      </w:rPr>
      <w:t>DHRD IFB No. 27-02-AS</w:t>
    </w:r>
    <w:r w:rsidR="00E66D95">
      <w:rPr>
        <w:rFonts w:ascii="Arial" w:hAnsi="Arial" w:cs="Arial"/>
        <w:b/>
        <w:bCs/>
        <w:sz w:val="24"/>
        <w:szCs w:val="24"/>
      </w:rPr>
      <w:t>O</w:t>
    </w:r>
  </w:p>
  <w:p w14:paraId="61EF4D41" w14:textId="66774824" w:rsidR="00E66D95" w:rsidRPr="00E66D95" w:rsidRDefault="00E66D95">
    <w:pPr>
      <w:pStyle w:val="Footer"/>
      <w:rPr>
        <w:rFonts w:ascii="Arial" w:hAnsi="Arial" w:cs="Arial"/>
        <w:b/>
        <w:bCs/>
        <w:sz w:val="24"/>
        <w:szCs w:val="24"/>
      </w:rPr>
    </w:pPr>
    <w:r>
      <w:rPr>
        <w:rFonts w:ascii="Arial" w:hAnsi="Arial" w:cs="Arial"/>
        <w:b/>
        <w:bCs/>
        <w:sz w:val="24"/>
        <w:szCs w:val="24"/>
      </w:rPr>
      <w:tab/>
    </w:r>
    <w:r>
      <w:rPr>
        <w:rFonts w:ascii="Arial" w:hAnsi="Arial" w:cs="Arial"/>
        <w:b/>
        <w:bCs/>
        <w:sz w:val="24"/>
        <w:szCs w:val="24"/>
      </w:rPr>
      <w:tab/>
      <w:t>2026-09-29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814A5" w14:textId="77777777" w:rsidR="00B015B9" w:rsidRDefault="00B015B9" w:rsidP="00697125">
      <w:pPr>
        <w:spacing w:after="0" w:line="240" w:lineRule="auto"/>
      </w:pPr>
      <w:r>
        <w:separator/>
      </w:r>
    </w:p>
  </w:footnote>
  <w:footnote w:type="continuationSeparator" w:id="0">
    <w:p w14:paraId="7CDF6E01" w14:textId="77777777" w:rsidR="00B015B9" w:rsidRDefault="00B015B9" w:rsidP="006971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47792015">
    <w:abstractNumId w:val="8"/>
  </w:num>
  <w:num w:numId="2" w16cid:durableId="1154375890">
    <w:abstractNumId w:val="6"/>
  </w:num>
  <w:num w:numId="3" w16cid:durableId="491723759">
    <w:abstractNumId w:val="5"/>
  </w:num>
  <w:num w:numId="4" w16cid:durableId="931551154">
    <w:abstractNumId w:val="4"/>
  </w:num>
  <w:num w:numId="5" w16cid:durableId="726416736">
    <w:abstractNumId w:val="7"/>
  </w:num>
  <w:num w:numId="6" w16cid:durableId="1425226392">
    <w:abstractNumId w:val="3"/>
  </w:num>
  <w:num w:numId="7" w16cid:durableId="1036810848">
    <w:abstractNumId w:val="2"/>
  </w:num>
  <w:num w:numId="8" w16cid:durableId="185412912">
    <w:abstractNumId w:val="1"/>
  </w:num>
  <w:num w:numId="9" w16cid:durableId="427508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0E2C"/>
    <w:rsid w:val="00034616"/>
    <w:rsid w:val="0006063C"/>
    <w:rsid w:val="00147879"/>
    <w:rsid w:val="0015074B"/>
    <w:rsid w:val="0029639D"/>
    <w:rsid w:val="00326F90"/>
    <w:rsid w:val="00687C58"/>
    <w:rsid w:val="00697125"/>
    <w:rsid w:val="009C4900"/>
    <w:rsid w:val="00AA1D8D"/>
    <w:rsid w:val="00B015B9"/>
    <w:rsid w:val="00B47730"/>
    <w:rsid w:val="00C074C2"/>
    <w:rsid w:val="00CA218B"/>
    <w:rsid w:val="00CB0664"/>
    <w:rsid w:val="00D623CB"/>
    <w:rsid w:val="00D76569"/>
    <w:rsid w:val="00E46D1C"/>
    <w:rsid w:val="00E66D95"/>
    <w:rsid w:val="00F3109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05E83E"/>
  <w14:defaultImageDpi w14:val="300"/>
  <w15:docId w15:val="{69BCB01C-81B5-4AD8-8166-BF67B8E02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96d48bd7-a8ec-495f-9684-067f65f4b446}" enabled="1" method="Standard" siteId="{3847dec6-63b2-43f9-a6d0-58a40aaa1a10}"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306</Words>
  <Characters>1749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Lam, Patrick CY</cp:lastModifiedBy>
  <cp:revision>2</cp:revision>
  <dcterms:created xsi:type="dcterms:W3CDTF">2026-09-30T03:33:00Z</dcterms:created>
  <dcterms:modified xsi:type="dcterms:W3CDTF">2026-09-30T03:33:00Z</dcterms:modified>
  <cp:category/>
</cp:coreProperties>
</file>