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9A9F9" w14:textId="77777777" w:rsidR="00EF458D" w:rsidRDefault="00EF458D" w:rsidP="006F46E9">
      <w:pPr>
        <w:spacing w:after="0"/>
        <w:jc w:val="center"/>
        <w:rPr>
          <w:b/>
          <w:color w:val="auto"/>
          <w:sz w:val="24"/>
          <w:szCs w:val="24"/>
        </w:rPr>
      </w:pPr>
    </w:p>
    <w:p w14:paraId="7203FE50" w14:textId="5A54C9AC" w:rsidR="00E14EA4" w:rsidRPr="006F46E9" w:rsidRDefault="00E14EA4" w:rsidP="006F46E9">
      <w:pPr>
        <w:spacing w:after="0"/>
        <w:jc w:val="center"/>
        <w:rPr>
          <w:color w:val="auto"/>
          <w:sz w:val="24"/>
          <w:szCs w:val="24"/>
        </w:rPr>
      </w:pPr>
      <w:r w:rsidRPr="006F46E9">
        <w:rPr>
          <w:b/>
          <w:color w:val="auto"/>
          <w:sz w:val="24"/>
          <w:szCs w:val="24"/>
        </w:rPr>
        <w:t>STATE OF HAWAIʻI</w:t>
      </w:r>
      <w:r w:rsidRPr="006F46E9">
        <w:rPr>
          <w:b/>
          <w:color w:val="auto"/>
          <w:sz w:val="24"/>
          <w:szCs w:val="24"/>
        </w:rPr>
        <w:br/>
        <w:t>DEPARTMENT OF HUMAN RESOURCES DEVELOPMENT</w:t>
      </w:r>
    </w:p>
    <w:p w14:paraId="4657309D" w14:textId="470D4AC0" w:rsidR="003E6685" w:rsidRDefault="006F46E9" w:rsidP="006F46E9">
      <w:pPr>
        <w:spacing w:after="0"/>
        <w:jc w:val="center"/>
        <w:rPr>
          <w:b/>
          <w:color w:val="auto"/>
          <w:sz w:val="24"/>
          <w:szCs w:val="24"/>
        </w:rPr>
      </w:pPr>
      <w:r w:rsidRPr="006F46E9">
        <w:rPr>
          <w:b/>
          <w:color w:val="auto"/>
          <w:sz w:val="24"/>
          <w:szCs w:val="24"/>
        </w:rPr>
        <w:t>CARPET TILE PRODUCT FORM</w:t>
      </w:r>
      <w:r w:rsidR="00E14EA4" w:rsidRPr="006F46E9">
        <w:rPr>
          <w:b/>
          <w:color w:val="auto"/>
          <w:sz w:val="24"/>
          <w:szCs w:val="24"/>
        </w:rPr>
        <w:br/>
        <w:t>DHRD IFB NO. 27-02-ASO</w:t>
      </w:r>
    </w:p>
    <w:p w14:paraId="45EF5BA2" w14:textId="77777777" w:rsidR="006F46E9" w:rsidRPr="006F46E9" w:rsidRDefault="006F46E9" w:rsidP="006F46E9">
      <w:pPr>
        <w:spacing w:after="0"/>
        <w:jc w:val="center"/>
        <w:rPr>
          <w:b/>
          <w:color w:val="auto"/>
          <w:sz w:val="24"/>
        </w:rPr>
      </w:pPr>
    </w:p>
    <w:p w14:paraId="19F0E076" w14:textId="701723D4" w:rsidR="003E6685" w:rsidRDefault="004F4230">
      <w:pPr>
        <w:spacing w:after="280"/>
      </w:pPr>
      <w:r>
        <w:rPr>
          <w:i/>
          <w:sz w:val="20"/>
        </w:rPr>
        <w:t>Instructions: Bidders must complete all sections of this form</w:t>
      </w:r>
      <w:r w:rsidR="000B579C">
        <w:rPr>
          <w:i/>
          <w:sz w:val="20"/>
        </w:rPr>
        <w:t xml:space="preserve">. </w:t>
      </w:r>
      <w:r>
        <w:rPr>
          <w:i/>
          <w:sz w:val="20"/>
        </w:rPr>
        <w:t>Provide the specific manufacturer details, product lines, and verify compliance for the proposed carpet tile system. Current manufacturer product literature or technical data sheets must be attached to substantiate compliance, though literature alone does not substitute for completing this form.</w:t>
      </w:r>
    </w:p>
    <w:p w14:paraId="48DFD826" w14:textId="77777777" w:rsidR="003E6685" w:rsidRPr="0088627F" w:rsidRDefault="004F4230">
      <w:pPr>
        <w:spacing w:before="240" w:after="120"/>
        <w:rPr>
          <w:color w:val="auto"/>
        </w:rPr>
      </w:pPr>
      <w:r w:rsidRPr="0088627F">
        <w:rPr>
          <w:b/>
          <w:color w:val="auto"/>
        </w:rPr>
        <w:t>1. BIDDER INFORMATION</w:t>
      </w:r>
    </w:p>
    <w:tbl>
      <w:tblPr>
        <w:tblW w:w="0" w:type="auto"/>
        <w:jc w:val="center"/>
        <w:tblBorders>
          <w:top w:val="single" w:sz="4" w:space="0" w:color="CCCCCC"/>
          <w:bottom w:val="single" w:sz="6" w:space="0" w:color="CCCCCC"/>
          <w:insideH w:val="single" w:sz="4" w:space="0" w:color="CCCCCC"/>
        </w:tblBorders>
        <w:tblLayout w:type="fixed"/>
        <w:tblLook w:val="04A0" w:firstRow="1" w:lastRow="0" w:firstColumn="1" w:lastColumn="0" w:noHBand="0" w:noVBand="1"/>
      </w:tblPr>
      <w:tblGrid>
        <w:gridCol w:w="4680"/>
        <w:gridCol w:w="4680"/>
      </w:tblGrid>
      <w:tr w:rsidR="003E6685" w14:paraId="20A7F253" w14:textId="77777777">
        <w:trPr>
          <w:jc w:val="center"/>
        </w:trPr>
        <w:tc>
          <w:tcPr>
            <w:tcW w:w="4680" w:type="dxa"/>
            <w:tcMar>
              <w:top w:w="120" w:type="dxa"/>
              <w:left w:w="150" w:type="dxa"/>
              <w:bottom w:w="120" w:type="dxa"/>
              <w:right w:w="150" w:type="dxa"/>
            </w:tcMar>
          </w:tcPr>
          <w:p w14:paraId="4E73F602" w14:textId="77777777" w:rsidR="003E6685" w:rsidRDefault="004F4230">
            <w:pPr>
              <w:spacing w:after="0"/>
            </w:pPr>
            <w:r>
              <w:rPr>
                <w:b/>
                <w:sz w:val="20"/>
              </w:rPr>
              <w:t>Bidder's Legal Business Name:</w:t>
            </w:r>
          </w:p>
        </w:tc>
        <w:tc>
          <w:tcPr>
            <w:tcW w:w="4680" w:type="dxa"/>
            <w:tcMar>
              <w:top w:w="120" w:type="dxa"/>
              <w:left w:w="150" w:type="dxa"/>
              <w:bottom w:w="120" w:type="dxa"/>
              <w:right w:w="150" w:type="dxa"/>
            </w:tcMar>
          </w:tcPr>
          <w:p w14:paraId="51B17A26" w14:textId="77777777" w:rsidR="003E6685" w:rsidRDefault="003E6685">
            <w:pPr>
              <w:spacing w:after="0"/>
            </w:pPr>
          </w:p>
        </w:tc>
      </w:tr>
      <w:tr w:rsidR="003E6685" w14:paraId="17E2EFCA" w14:textId="77777777">
        <w:trPr>
          <w:jc w:val="center"/>
        </w:trPr>
        <w:tc>
          <w:tcPr>
            <w:tcW w:w="4680" w:type="dxa"/>
            <w:tcMar>
              <w:top w:w="120" w:type="dxa"/>
              <w:left w:w="150" w:type="dxa"/>
              <w:bottom w:w="120" w:type="dxa"/>
              <w:right w:w="150" w:type="dxa"/>
            </w:tcMar>
          </w:tcPr>
          <w:p w14:paraId="660830EB" w14:textId="77777777" w:rsidR="003E6685" w:rsidRDefault="004F4230">
            <w:pPr>
              <w:spacing w:after="0"/>
            </w:pPr>
            <w:r>
              <w:rPr>
                <w:b/>
                <w:sz w:val="20"/>
              </w:rPr>
              <w:t>Authorized Representative Name &amp; Title:</w:t>
            </w:r>
          </w:p>
        </w:tc>
        <w:tc>
          <w:tcPr>
            <w:tcW w:w="4680" w:type="dxa"/>
            <w:tcMar>
              <w:top w:w="120" w:type="dxa"/>
              <w:left w:w="150" w:type="dxa"/>
              <w:bottom w:w="120" w:type="dxa"/>
              <w:right w:w="150" w:type="dxa"/>
            </w:tcMar>
          </w:tcPr>
          <w:p w14:paraId="63498E3F" w14:textId="77777777" w:rsidR="003E6685" w:rsidRDefault="003E6685">
            <w:pPr>
              <w:spacing w:after="0"/>
            </w:pPr>
          </w:p>
        </w:tc>
      </w:tr>
      <w:tr w:rsidR="003E6685" w14:paraId="1565E824" w14:textId="77777777">
        <w:trPr>
          <w:jc w:val="center"/>
        </w:trPr>
        <w:tc>
          <w:tcPr>
            <w:tcW w:w="4680" w:type="dxa"/>
            <w:tcMar>
              <w:top w:w="120" w:type="dxa"/>
              <w:left w:w="150" w:type="dxa"/>
              <w:bottom w:w="120" w:type="dxa"/>
              <w:right w:w="150" w:type="dxa"/>
            </w:tcMar>
          </w:tcPr>
          <w:p w14:paraId="7815D73F" w14:textId="77777777" w:rsidR="003E6685" w:rsidRDefault="004F4230">
            <w:pPr>
              <w:spacing w:after="0"/>
            </w:pPr>
            <w:r>
              <w:rPr>
                <w:b/>
                <w:sz w:val="20"/>
              </w:rPr>
              <w:t>Email Address:</w:t>
            </w:r>
          </w:p>
        </w:tc>
        <w:tc>
          <w:tcPr>
            <w:tcW w:w="4680" w:type="dxa"/>
            <w:tcMar>
              <w:top w:w="120" w:type="dxa"/>
              <w:left w:w="150" w:type="dxa"/>
              <w:bottom w:w="120" w:type="dxa"/>
              <w:right w:w="150" w:type="dxa"/>
            </w:tcMar>
          </w:tcPr>
          <w:p w14:paraId="78EF74EF" w14:textId="77777777" w:rsidR="003E6685" w:rsidRDefault="003E6685">
            <w:pPr>
              <w:spacing w:after="0"/>
            </w:pPr>
          </w:p>
        </w:tc>
      </w:tr>
      <w:tr w:rsidR="003E6685" w14:paraId="685E03C0" w14:textId="77777777">
        <w:trPr>
          <w:jc w:val="center"/>
        </w:trPr>
        <w:tc>
          <w:tcPr>
            <w:tcW w:w="4680" w:type="dxa"/>
            <w:tcMar>
              <w:top w:w="120" w:type="dxa"/>
              <w:left w:w="150" w:type="dxa"/>
              <w:bottom w:w="120" w:type="dxa"/>
              <w:right w:w="150" w:type="dxa"/>
            </w:tcMar>
          </w:tcPr>
          <w:p w14:paraId="0187758A" w14:textId="77777777" w:rsidR="003E6685" w:rsidRDefault="004F4230">
            <w:pPr>
              <w:spacing w:after="0"/>
            </w:pPr>
            <w:r>
              <w:rPr>
                <w:b/>
                <w:sz w:val="20"/>
              </w:rPr>
              <w:t>Telephone Number:</w:t>
            </w:r>
          </w:p>
        </w:tc>
        <w:tc>
          <w:tcPr>
            <w:tcW w:w="4680" w:type="dxa"/>
            <w:tcMar>
              <w:top w:w="120" w:type="dxa"/>
              <w:left w:w="150" w:type="dxa"/>
              <w:bottom w:w="120" w:type="dxa"/>
              <w:right w:w="150" w:type="dxa"/>
            </w:tcMar>
          </w:tcPr>
          <w:p w14:paraId="44B4D50C" w14:textId="77777777" w:rsidR="003E6685" w:rsidRDefault="003E6685">
            <w:pPr>
              <w:spacing w:after="0"/>
            </w:pPr>
          </w:p>
        </w:tc>
      </w:tr>
    </w:tbl>
    <w:p w14:paraId="79C2D29C" w14:textId="77777777" w:rsidR="003E6685" w:rsidRPr="0088627F" w:rsidRDefault="004F4230">
      <w:pPr>
        <w:spacing w:before="360" w:after="120"/>
        <w:rPr>
          <w:color w:val="auto"/>
        </w:rPr>
      </w:pPr>
      <w:r w:rsidRPr="0088627F">
        <w:rPr>
          <w:b/>
          <w:color w:val="auto"/>
        </w:rPr>
        <w:t>2. CARPET TILE PRODUCT TECHNICAL SPECIFICATIONS</w:t>
      </w:r>
    </w:p>
    <w:tbl>
      <w:tblPr>
        <w:tblW w:w="0" w:type="auto"/>
        <w:jc w:val="center"/>
        <w:tblBorders>
          <w:top w:val="single" w:sz="4" w:space="0" w:color="CCCCCC"/>
          <w:bottom w:val="single" w:sz="6" w:space="0" w:color="CCCCCC"/>
          <w:insideH w:val="single" w:sz="4" w:space="0" w:color="CCCCCC"/>
        </w:tblBorders>
        <w:tblLayout w:type="fixed"/>
        <w:tblLook w:val="04A0" w:firstRow="1" w:lastRow="0" w:firstColumn="1" w:lastColumn="0" w:noHBand="0" w:noVBand="1"/>
      </w:tblPr>
      <w:tblGrid>
        <w:gridCol w:w="3120"/>
        <w:gridCol w:w="3120"/>
        <w:gridCol w:w="3120"/>
      </w:tblGrid>
      <w:tr w:rsidR="003E6685" w14:paraId="551CC521" w14:textId="77777777" w:rsidTr="0088627F">
        <w:trPr>
          <w:jc w:val="center"/>
        </w:trPr>
        <w:tc>
          <w:tcPr>
            <w:tcW w:w="3120" w:type="dxa"/>
            <w:shd w:val="clear" w:color="auto" w:fill="8EBAEC"/>
            <w:tcMar>
              <w:top w:w="120" w:type="dxa"/>
              <w:left w:w="100" w:type="dxa"/>
              <w:bottom w:w="120" w:type="dxa"/>
              <w:right w:w="100" w:type="dxa"/>
            </w:tcMar>
          </w:tcPr>
          <w:p w14:paraId="4216A029" w14:textId="77777777" w:rsidR="003E6685" w:rsidRPr="0088627F" w:rsidRDefault="004F4230">
            <w:pPr>
              <w:spacing w:after="0"/>
              <w:rPr>
                <w:bCs/>
                <w:color w:val="auto"/>
              </w:rPr>
            </w:pPr>
            <w:r w:rsidRPr="0088627F">
              <w:rPr>
                <w:bCs/>
                <w:color w:val="auto"/>
                <w:sz w:val="19"/>
              </w:rPr>
              <w:t>Technical Property / Feature</w:t>
            </w:r>
          </w:p>
        </w:tc>
        <w:tc>
          <w:tcPr>
            <w:tcW w:w="3120" w:type="dxa"/>
            <w:shd w:val="clear" w:color="auto" w:fill="8EBAEC"/>
            <w:tcMar>
              <w:top w:w="120" w:type="dxa"/>
              <w:left w:w="100" w:type="dxa"/>
              <w:bottom w:w="120" w:type="dxa"/>
              <w:right w:w="100" w:type="dxa"/>
            </w:tcMar>
          </w:tcPr>
          <w:p w14:paraId="790B178A" w14:textId="77777777" w:rsidR="003E6685" w:rsidRPr="0088627F" w:rsidRDefault="004F4230">
            <w:pPr>
              <w:spacing w:after="0"/>
              <w:rPr>
                <w:bCs/>
                <w:color w:val="auto"/>
              </w:rPr>
            </w:pPr>
            <w:r w:rsidRPr="0088627F">
              <w:rPr>
                <w:bCs/>
                <w:color w:val="auto"/>
                <w:sz w:val="19"/>
              </w:rPr>
              <w:t>Minimum Required Specification</w:t>
            </w:r>
          </w:p>
        </w:tc>
        <w:tc>
          <w:tcPr>
            <w:tcW w:w="3120" w:type="dxa"/>
            <w:shd w:val="clear" w:color="auto" w:fill="8EBAEC"/>
            <w:tcMar>
              <w:top w:w="120" w:type="dxa"/>
              <w:left w:w="100" w:type="dxa"/>
              <w:bottom w:w="120" w:type="dxa"/>
              <w:right w:w="100" w:type="dxa"/>
            </w:tcMar>
          </w:tcPr>
          <w:p w14:paraId="3992F062" w14:textId="77777777" w:rsidR="003E6685" w:rsidRPr="0088627F" w:rsidRDefault="004F4230">
            <w:pPr>
              <w:spacing w:after="0"/>
              <w:jc w:val="center"/>
              <w:rPr>
                <w:bCs/>
                <w:color w:val="auto"/>
              </w:rPr>
            </w:pPr>
            <w:r w:rsidRPr="0088627F">
              <w:rPr>
                <w:bCs/>
                <w:color w:val="auto"/>
                <w:sz w:val="19"/>
              </w:rPr>
              <w:t>Proposed Product Specification</w:t>
            </w:r>
            <w:r w:rsidRPr="0088627F">
              <w:rPr>
                <w:bCs/>
                <w:color w:val="auto"/>
                <w:sz w:val="19"/>
              </w:rPr>
              <w:br/>
              <w:t>(Bidder to Complete)</w:t>
            </w:r>
          </w:p>
        </w:tc>
      </w:tr>
      <w:tr w:rsidR="003E6685" w14:paraId="34076884" w14:textId="77777777">
        <w:trPr>
          <w:jc w:val="center"/>
        </w:trPr>
        <w:tc>
          <w:tcPr>
            <w:tcW w:w="3120" w:type="dxa"/>
            <w:tcMar>
              <w:top w:w="100" w:type="dxa"/>
              <w:left w:w="100" w:type="dxa"/>
              <w:bottom w:w="100" w:type="dxa"/>
              <w:right w:w="100" w:type="dxa"/>
            </w:tcMar>
          </w:tcPr>
          <w:p w14:paraId="4BC3618C" w14:textId="77777777" w:rsidR="003E6685" w:rsidRDefault="004F4230">
            <w:pPr>
              <w:spacing w:after="0"/>
            </w:pPr>
            <w:r>
              <w:rPr>
                <w:b/>
                <w:sz w:val="19"/>
              </w:rPr>
              <w:t>Manufacturer Name</w:t>
            </w:r>
          </w:p>
        </w:tc>
        <w:tc>
          <w:tcPr>
            <w:tcW w:w="3120" w:type="dxa"/>
            <w:tcMar>
              <w:top w:w="100" w:type="dxa"/>
              <w:left w:w="100" w:type="dxa"/>
              <w:bottom w:w="100" w:type="dxa"/>
              <w:right w:w="100" w:type="dxa"/>
            </w:tcMar>
          </w:tcPr>
          <w:p w14:paraId="21821A8B" w14:textId="77777777" w:rsidR="003E6685" w:rsidRDefault="004F4230">
            <w:pPr>
              <w:spacing w:after="0"/>
            </w:pPr>
            <w:r>
              <w:rPr>
                <w:sz w:val="19"/>
              </w:rPr>
              <w:t>Open standard (Commercial grade)</w:t>
            </w:r>
          </w:p>
        </w:tc>
        <w:tc>
          <w:tcPr>
            <w:tcW w:w="3120" w:type="dxa"/>
            <w:tcMar>
              <w:top w:w="100" w:type="dxa"/>
              <w:left w:w="100" w:type="dxa"/>
              <w:bottom w:w="100" w:type="dxa"/>
              <w:right w:w="100" w:type="dxa"/>
            </w:tcMar>
          </w:tcPr>
          <w:p w14:paraId="17410271" w14:textId="65D7B318" w:rsidR="003E6685" w:rsidRDefault="004F4230">
            <w:pPr>
              <w:spacing w:after="0"/>
            </w:pPr>
            <w:r>
              <w:rPr>
                <w:sz w:val="19"/>
              </w:rPr>
              <w:t>Brand/Manufacturer: ______________________</w:t>
            </w:r>
            <w:r w:rsidR="00601640">
              <w:rPr>
                <w:sz w:val="19"/>
              </w:rPr>
              <w:t>_____</w:t>
            </w:r>
          </w:p>
        </w:tc>
      </w:tr>
      <w:tr w:rsidR="003E6685" w14:paraId="3177C4F4" w14:textId="77777777">
        <w:trPr>
          <w:jc w:val="center"/>
        </w:trPr>
        <w:tc>
          <w:tcPr>
            <w:tcW w:w="3120" w:type="dxa"/>
            <w:tcMar>
              <w:top w:w="100" w:type="dxa"/>
              <w:left w:w="100" w:type="dxa"/>
              <w:bottom w:w="100" w:type="dxa"/>
              <w:right w:w="100" w:type="dxa"/>
            </w:tcMar>
          </w:tcPr>
          <w:p w14:paraId="1B416406" w14:textId="77777777" w:rsidR="003E6685" w:rsidRDefault="004F4230">
            <w:pPr>
              <w:spacing w:after="0"/>
            </w:pPr>
            <w:r>
              <w:rPr>
                <w:b/>
                <w:sz w:val="19"/>
              </w:rPr>
              <w:t>Product Name &amp; Style</w:t>
            </w:r>
          </w:p>
        </w:tc>
        <w:tc>
          <w:tcPr>
            <w:tcW w:w="3120" w:type="dxa"/>
            <w:tcMar>
              <w:top w:w="100" w:type="dxa"/>
              <w:left w:w="100" w:type="dxa"/>
              <w:bottom w:w="100" w:type="dxa"/>
              <w:right w:w="100" w:type="dxa"/>
            </w:tcMar>
          </w:tcPr>
          <w:p w14:paraId="36A70C60" w14:textId="77777777" w:rsidR="003E6685" w:rsidRDefault="004F4230">
            <w:pPr>
              <w:spacing w:after="0"/>
            </w:pPr>
            <w:r>
              <w:rPr>
                <w:sz w:val="19"/>
              </w:rPr>
              <w:t>Open standard (Commercial grade)</w:t>
            </w:r>
          </w:p>
        </w:tc>
        <w:tc>
          <w:tcPr>
            <w:tcW w:w="3120" w:type="dxa"/>
            <w:tcMar>
              <w:top w:w="100" w:type="dxa"/>
              <w:left w:w="100" w:type="dxa"/>
              <w:bottom w:w="100" w:type="dxa"/>
              <w:right w:w="100" w:type="dxa"/>
            </w:tcMar>
          </w:tcPr>
          <w:p w14:paraId="4192A2AE" w14:textId="2A702F9D" w:rsidR="003E6685" w:rsidRDefault="004F4230">
            <w:pPr>
              <w:spacing w:after="0"/>
            </w:pPr>
            <w:r>
              <w:rPr>
                <w:sz w:val="19"/>
              </w:rPr>
              <w:t>Style Name: ___________________________</w:t>
            </w:r>
          </w:p>
        </w:tc>
      </w:tr>
      <w:tr w:rsidR="003E6685" w14:paraId="1ABC7CFB" w14:textId="77777777">
        <w:trPr>
          <w:jc w:val="center"/>
        </w:trPr>
        <w:tc>
          <w:tcPr>
            <w:tcW w:w="3120" w:type="dxa"/>
            <w:tcMar>
              <w:top w:w="100" w:type="dxa"/>
              <w:left w:w="100" w:type="dxa"/>
              <w:bottom w:w="100" w:type="dxa"/>
              <w:right w:w="100" w:type="dxa"/>
            </w:tcMar>
          </w:tcPr>
          <w:p w14:paraId="5ACB9304" w14:textId="77777777" w:rsidR="003E6685" w:rsidRDefault="004F4230">
            <w:pPr>
              <w:spacing w:after="0"/>
            </w:pPr>
            <w:r>
              <w:rPr>
                <w:b/>
                <w:sz w:val="19"/>
              </w:rPr>
              <w:t>Product Identification / Number</w:t>
            </w:r>
          </w:p>
        </w:tc>
        <w:tc>
          <w:tcPr>
            <w:tcW w:w="3120" w:type="dxa"/>
            <w:tcMar>
              <w:top w:w="100" w:type="dxa"/>
              <w:left w:w="100" w:type="dxa"/>
              <w:bottom w:w="100" w:type="dxa"/>
              <w:right w:w="100" w:type="dxa"/>
            </w:tcMar>
          </w:tcPr>
          <w:p w14:paraId="4ED3DA24" w14:textId="77777777" w:rsidR="003E6685" w:rsidRDefault="004F4230">
            <w:pPr>
              <w:spacing w:after="0"/>
            </w:pPr>
            <w:r>
              <w:rPr>
                <w:sz w:val="19"/>
              </w:rPr>
              <w:t>Open standard</w:t>
            </w:r>
          </w:p>
        </w:tc>
        <w:tc>
          <w:tcPr>
            <w:tcW w:w="3120" w:type="dxa"/>
            <w:tcMar>
              <w:top w:w="100" w:type="dxa"/>
              <w:left w:w="100" w:type="dxa"/>
              <w:bottom w:w="100" w:type="dxa"/>
              <w:right w:w="100" w:type="dxa"/>
            </w:tcMar>
          </w:tcPr>
          <w:p w14:paraId="3064812E" w14:textId="50EF9D2E" w:rsidR="003E6685" w:rsidRDefault="004F4230">
            <w:pPr>
              <w:spacing w:after="0"/>
            </w:pPr>
            <w:r>
              <w:rPr>
                <w:sz w:val="19"/>
              </w:rPr>
              <w:t>Product/Style No: _______________________</w:t>
            </w:r>
            <w:r w:rsidR="00601640">
              <w:rPr>
                <w:sz w:val="19"/>
              </w:rPr>
              <w:t>____</w:t>
            </w:r>
          </w:p>
        </w:tc>
      </w:tr>
      <w:tr w:rsidR="003E6685" w14:paraId="36ADC943" w14:textId="77777777">
        <w:trPr>
          <w:jc w:val="center"/>
        </w:trPr>
        <w:tc>
          <w:tcPr>
            <w:tcW w:w="3120" w:type="dxa"/>
            <w:tcMar>
              <w:top w:w="100" w:type="dxa"/>
              <w:left w:w="100" w:type="dxa"/>
              <w:bottom w:w="100" w:type="dxa"/>
              <w:right w:w="100" w:type="dxa"/>
            </w:tcMar>
          </w:tcPr>
          <w:p w14:paraId="4C1376A9" w14:textId="77777777" w:rsidR="003E6685" w:rsidRDefault="004F4230">
            <w:pPr>
              <w:spacing w:after="0"/>
            </w:pPr>
            <w:r>
              <w:rPr>
                <w:b/>
                <w:sz w:val="19"/>
              </w:rPr>
              <w:t>Carpet Tile Size (Nominal)</w:t>
            </w:r>
          </w:p>
        </w:tc>
        <w:tc>
          <w:tcPr>
            <w:tcW w:w="3120" w:type="dxa"/>
            <w:tcMar>
              <w:top w:w="100" w:type="dxa"/>
              <w:left w:w="100" w:type="dxa"/>
              <w:bottom w:w="100" w:type="dxa"/>
              <w:right w:w="100" w:type="dxa"/>
            </w:tcMar>
          </w:tcPr>
          <w:p w14:paraId="21BC0431" w14:textId="77777777" w:rsidR="003E6685" w:rsidRDefault="004F4230">
            <w:pPr>
              <w:spacing w:after="0"/>
            </w:pPr>
            <w:r>
              <w:rPr>
                <w:sz w:val="19"/>
              </w:rPr>
              <w:t>Nominally 24 inches × 24 inches</w:t>
            </w:r>
          </w:p>
        </w:tc>
        <w:tc>
          <w:tcPr>
            <w:tcW w:w="3120" w:type="dxa"/>
            <w:tcMar>
              <w:top w:w="100" w:type="dxa"/>
              <w:left w:w="100" w:type="dxa"/>
              <w:bottom w:w="100" w:type="dxa"/>
              <w:right w:w="100" w:type="dxa"/>
            </w:tcMar>
          </w:tcPr>
          <w:p w14:paraId="44F99AA0" w14:textId="77777777" w:rsidR="003E6685" w:rsidRDefault="004F4230">
            <w:pPr>
              <w:spacing w:after="0"/>
            </w:pPr>
            <w:r>
              <w:rPr>
                <w:sz w:val="19"/>
              </w:rPr>
              <w:t>[  ] 24" × 24"</w:t>
            </w:r>
            <w:r>
              <w:rPr>
                <w:sz w:val="19"/>
              </w:rPr>
              <w:br/>
              <w:t>[  ] Other: ___________________________</w:t>
            </w:r>
          </w:p>
        </w:tc>
      </w:tr>
      <w:tr w:rsidR="003E6685" w14:paraId="34DE5296" w14:textId="77777777">
        <w:trPr>
          <w:jc w:val="center"/>
        </w:trPr>
        <w:tc>
          <w:tcPr>
            <w:tcW w:w="3120" w:type="dxa"/>
            <w:tcMar>
              <w:top w:w="100" w:type="dxa"/>
              <w:left w:w="100" w:type="dxa"/>
              <w:bottom w:w="100" w:type="dxa"/>
              <w:right w:w="100" w:type="dxa"/>
            </w:tcMar>
          </w:tcPr>
          <w:p w14:paraId="440EE0B6" w14:textId="77777777" w:rsidR="003E6685" w:rsidRDefault="004F4230">
            <w:pPr>
              <w:spacing w:after="0"/>
            </w:pPr>
            <w:r>
              <w:rPr>
                <w:b/>
                <w:sz w:val="19"/>
              </w:rPr>
              <w:t>Fiber Type</w:t>
            </w:r>
          </w:p>
        </w:tc>
        <w:tc>
          <w:tcPr>
            <w:tcW w:w="3120" w:type="dxa"/>
            <w:tcMar>
              <w:top w:w="100" w:type="dxa"/>
              <w:left w:w="100" w:type="dxa"/>
              <w:bottom w:w="100" w:type="dxa"/>
              <w:right w:w="100" w:type="dxa"/>
            </w:tcMar>
          </w:tcPr>
          <w:p w14:paraId="09CF8A00" w14:textId="77777777" w:rsidR="003E6685" w:rsidRDefault="004F4230">
            <w:pPr>
              <w:spacing w:after="0"/>
            </w:pPr>
            <w:r>
              <w:rPr>
                <w:sz w:val="19"/>
              </w:rPr>
              <w:t>Solution-dyed nylon suitable for commercial office use</w:t>
            </w:r>
          </w:p>
        </w:tc>
        <w:tc>
          <w:tcPr>
            <w:tcW w:w="3120" w:type="dxa"/>
            <w:tcMar>
              <w:top w:w="100" w:type="dxa"/>
              <w:left w:w="100" w:type="dxa"/>
              <w:bottom w:w="100" w:type="dxa"/>
              <w:right w:w="100" w:type="dxa"/>
            </w:tcMar>
          </w:tcPr>
          <w:p w14:paraId="79EDDA58" w14:textId="77777777" w:rsidR="003E6685" w:rsidRDefault="004F4230">
            <w:pPr>
              <w:spacing w:after="0"/>
            </w:pPr>
            <w:r>
              <w:rPr>
                <w:sz w:val="19"/>
              </w:rPr>
              <w:t>[  ] 100% Solution-Dyed Nylon</w:t>
            </w:r>
            <w:r>
              <w:rPr>
                <w:sz w:val="19"/>
              </w:rPr>
              <w:br/>
              <w:t>[  ] Other: ___________________________</w:t>
            </w:r>
          </w:p>
        </w:tc>
      </w:tr>
      <w:tr w:rsidR="003E6685" w14:paraId="5F7F7C12" w14:textId="77777777">
        <w:trPr>
          <w:jc w:val="center"/>
        </w:trPr>
        <w:tc>
          <w:tcPr>
            <w:tcW w:w="3120" w:type="dxa"/>
            <w:tcMar>
              <w:top w:w="100" w:type="dxa"/>
              <w:left w:w="100" w:type="dxa"/>
              <w:bottom w:w="100" w:type="dxa"/>
              <w:right w:w="100" w:type="dxa"/>
            </w:tcMar>
          </w:tcPr>
          <w:p w14:paraId="50131EA1" w14:textId="77777777" w:rsidR="003E6685" w:rsidRDefault="004F4230">
            <w:pPr>
              <w:spacing w:after="0"/>
            </w:pPr>
            <w:r>
              <w:rPr>
                <w:b/>
                <w:sz w:val="19"/>
              </w:rPr>
              <w:t>Minimum Face Weight</w:t>
            </w:r>
          </w:p>
        </w:tc>
        <w:tc>
          <w:tcPr>
            <w:tcW w:w="3120" w:type="dxa"/>
            <w:tcMar>
              <w:top w:w="100" w:type="dxa"/>
              <w:left w:w="100" w:type="dxa"/>
              <w:bottom w:w="100" w:type="dxa"/>
              <w:right w:w="100" w:type="dxa"/>
            </w:tcMar>
          </w:tcPr>
          <w:p w14:paraId="088AF40A" w14:textId="77777777" w:rsidR="003E6685" w:rsidRDefault="004F4230">
            <w:pPr>
              <w:spacing w:after="0"/>
            </w:pPr>
            <w:r>
              <w:rPr>
                <w:sz w:val="19"/>
              </w:rPr>
              <w:t>Minimum 22 ounces per square yard</w:t>
            </w:r>
          </w:p>
        </w:tc>
        <w:tc>
          <w:tcPr>
            <w:tcW w:w="3120" w:type="dxa"/>
            <w:tcMar>
              <w:top w:w="100" w:type="dxa"/>
              <w:left w:w="100" w:type="dxa"/>
              <w:bottom w:w="100" w:type="dxa"/>
              <w:right w:w="100" w:type="dxa"/>
            </w:tcMar>
          </w:tcPr>
          <w:p w14:paraId="55C0C62C" w14:textId="77777777" w:rsidR="003E6685" w:rsidRDefault="004F4230">
            <w:pPr>
              <w:spacing w:after="0"/>
            </w:pPr>
            <w:r>
              <w:rPr>
                <w:sz w:val="19"/>
              </w:rPr>
              <w:t>______ oz/sq yd</w:t>
            </w:r>
          </w:p>
        </w:tc>
      </w:tr>
      <w:tr w:rsidR="003E6685" w14:paraId="459C9912" w14:textId="77777777">
        <w:trPr>
          <w:jc w:val="center"/>
        </w:trPr>
        <w:tc>
          <w:tcPr>
            <w:tcW w:w="3120" w:type="dxa"/>
            <w:tcMar>
              <w:top w:w="100" w:type="dxa"/>
              <w:left w:w="100" w:type="dxa"/>
              <w:bottom w:w="100" w:type="dxa"/>
              <w:right w:w="100" w:type="dxa"/>
            </w:tcMar>
          </w:tcPr>
          <w:p w14:paraId="38C7A292" w14:textId="77777777" w:rsidR="003E6685" w:rsidRDefault="004F4230">
            <w:pPr>
              <w:spacing w:after="0"/>
            </w:pPr>
            <w:r>
              <w:rPr>
                <w:b/>
                <w:sz w:val="19"/>
              </w:rPr>
              <w:t>Traffic Classification Rating</w:t>
            </w:r>
          </w:p>
        </w:tc>
        <w:tc>
          <w:tcPr>
            <w:tcW w:w="3120" w:type="dxa"/>
            <w:tcMar>
              <w:top w:w="100" w:type="dxa"/>
              <w:left w:w="100" w:type="dxa"/>
              <w:bottom w:w="100" w:type="dxa"/>
              <w:right w:w="100" w:type="dxa"/>
            </w:tcMar>
          </w:tcPr>
          <w:p w14:paraId="5DB48152" w14:textId="77777777" w:rsidR="003E6685" w:rsidRDefault="004F4230">
            <w:pPr>
              <w:spacing w:after="0"/>
            </w:pPr>
            <w:r>
              <w:rPr>
                <w:sz w:val="19"/>
              </w:rPr>
              <w:t>Manufacturer-rated for at least Heavy commercial traffic</w:t>
            </w:r>
          </w:p>
        </w:tc>
        <w:tc>
          <w:tcPr>
            <w:tcW w:w="3120" w:type="dxa"/>
            <w:tcMar>
              <w:top w:w="100" w:type="dxa"/>
              <w:left w:w="100" w:type="dxa"/>
              <w:bottom w:w="100" w:type="dxa"/>
              <w:right w:w="100" w:type="dxa"/>
            </w:tcMar>
          </w:tcPr>
          <w:p w14:paraId="70D20F29" w14:textId="77777777" w:rsidR="003E6685" w:rsidRDefault="004F4230">
            <w:pPr>
              <w:spacing w:after="0"/>
            </w:pPr>
            <w:r>
              <w:rPr>
                <w:sz w:val="19"/>
              </w:rPr>
              <w:t>[  ] Heavy Commercial</w:t>
            </w:r>
            <w:r>
              <w:rPr>
                <w:sz w:val="19"/>
              </w:rPr>
              <w:br/>
              <w:t>[  ] Severe / Extra Heavy Commercial</w:t>
            </w:r>
          </w:p>
        </w:tc>
      </w:tr>
      <w:tr w:rsidR="003E6685" w14:paraId="342979E8" w14:textId="77777777">
        <w:trPr>
          <w:jc w:val="center"/>
        </w:trPr>
        <w:tc>
          <w:tcPr>
            <w:tcW w:w="3120" w:type="dxa"/>
            <w:tcMar>
              <w:top w:w="100" w:type="dxa"/>
              <w:left w:w="100" w:type="dxa"/>
              <w:bottom w:w="100" w:type="dxa"/>
              <w:right w:w="100" w:type="dxa"/>
            </w:tcMar>
          </w:tcPr>
          <w:p w14:paraId="23A92713" w14:textId="77777777" w:rsidR="003E6685" w:rsidRDefault="004F4230">
            <w:pPr>
              <w:spacing w:after="0"/>
            </w:pPr>
            <w:r>
              <w:rPr>
                <w:b/>
                <w:sz w:val="19"/>
              </w:rPr>
              <w:lastRenderedPageBreak/>
              <w:t>Tuft Density / Construction</w:t>
            </w:r>
          </w:p>
        </w:tc>
        <w:tc>
          <w:tcPr>
            <w:tcW w:w="3120" w:type="dxa"/>
            <w:tcMar>
              <w:top w:w="100" w:type="dxa"/>
              <w:left w:w="100" w:type="dxa"/>
              <w:bottom w:w="100" w:type="dxa"/>
              <w:right w:w="100" w:type="dxa"/>
            </w:tcMar>
          </w:tcPr>
          <w:p w14:paraId="2B4CCE15" w14:textId="77777777" w:rsidR="003E6685" w:rsidRDefault="004F4230">
            <w:pPr>
              <w:spacing w:after="0"/>
            </w:pPr>
            <w:r>
              <w:rPr>
                <w:sz w:val="19"/>
              </w:rPr>
              <w:t>Approx. 6,000 tufts per sq yard or equivalent comparable construction</w:t>
            </w:r>
          </w:p>
        </w:tc>
        <w:tc>
          <w:tcPr>
            <w:tcW w:w="3120" w:type="dxa"/>
            <w:tcMar>
              <w:top w:w="100" w:type="dxa"/>
              <w:left w:w="100" w:type="dxa"/>
              <w:bottom w:w="100" w:type="dxa"/>
              <w:right w:w="100" w:type="dxa"/>
            </w:tcMar>
          </w:tcPr>
          <w:p w14:paraId="3C8ACEBA" w14:textId="77777777" w:rsidR="003E6685" w:rsidRDefault="004F4230">
            <w:pPr>
              <w:spacing w:after="0"/>
            </w:pPr>
            <w:r>
              <w:rPr>
                <w:sz w:val="19"/>
              </w:rPr>
              <w:t>Tuft Density: _________________ tufts/sq yd</w:t>
            </w:r>
            <w:r>
              <w:rPr>
                <w:sz w:val="19"/>
              </w:rPr>
              <w:br/>
              <w:t>Construction Type: _____________________</w:t>
            </w:r>
          </w:p>
        </w:tc>
      </w:tr>
      <w:tr w:rsidR="003E6685" w14:paraId="7A442F84" w14:textId="77777777">
        <w:trPr>
          <w:jc w:val="center"/>
        </w:trPr>
        <w:tc>
          <w:tcPr>
            <w:tcW w:w="3120" w:type="dxa"/>
            <w:tcMar>
              <w:top w:w="100" w:type="dxa"/>
              <w:left w:w="100" w:type="dxa"/>
              <w:bottom w:w="100" w:type="dxa"/>
              <w:right w:w="100" w:type="dxa"/>
            </w:tcMar>
          </w:tcPr>
          <w:p w14:paraId="363685EF" w14:textId="77777777" w:rsidR="003E6685" w:rsidRDefault="004F4230">
            <w:pPr>
              <w:spacing w:after="0"/>
            </w:pPr>
            <w:r>
              <w:rPr>
                <w:b/>
                <w:sz w:val="19"/>
              </w:rPr>
              <w:t>Backing System Type</w:t>
            </w:r>
          </w:p>
        </w:tc>
        <w:tc>
          <w:tcPr>
            <w:tcW w:w="3120" w:type="dxa"/>
            <w:tcMar>
              <w:top w:w="100" w:type="dxa"/>
              <w:left w:w="100" w:type="dxa"/>
              <w:bottom w:w="100" w:type="dxa"/>
              <w:right w:w="100" w:type="dxa"/>
            </w:tcMar>
          </w:tcPr>
          <w:p w14:paraId="64BCF4B1" w14:textId="77777777" w:rsidR="003E6685" w:rsidRDefault="004F4230">
            <w:pPr>
              <w:spacing w:after="0"/>
            </w:pPr>
            <w:r>
              <w:rPr>
                <w:sz w:val="19"/>
              </w:rPr>
              <w:t>Commercial-grade, manufacturer-approved PVC-free backing system</w:t>
            </w:r>
          </w:p>
        </w:tc>
        <w:tc>
          <w:tcPr>
            <w:tcW w:w="3120" w:type="dxa"/>
            <w:tcMar>
              <w:top w:w="100" w:type="dxa"/>
              <w:left w:w="100" w:type="dxa"/>
              <w:bottom w:w="100" w:type="dxa"/>
              <w:right w:w="100" w:type="dxa"/>
            </w:tcMar>
          </w:tcPr>
          <w:p w14:paraId="40042675" w14:textId="1B0807A6" w:rsidR="003E6685" w:rsidRDefault="004F4230">
            <w:pPr>
              <w:spacing w:after="0"/>
            </w:pPr>
            <w:r>
              <w:rPr>
                <w:sz w:val="19"/>
              </w:rPr>
              <w:t>[  ] PVC-free Backing</w:t>
            </w:r>
            <w:r>
              <w:rPr>
                <w:sz w:val="19"/>
              </w:rPr>
              <w:br/>
              <w:t>Backing Brand/Type: ____________________</w:t>
            </w:r>
            <w:r w:rsidR="00AD3E9C">
              <w:rPr>
                <w:sz w:val="19"/>
              </w:rPr>
              <w:t>_</w:t>
            </w:r>
          </w:p>
        </w:tc>
      </w:tr>
      <w:tr w:rsidR="003E6685" w14:paraId="7DD0575F" w14:textId="77777777">
        <w:trPr>
          <w:jc w:val="center"/>
        </w:trPr>
        <w:tc>
          <w:tcPr>
            <w:tcW w:w="3120" w:type="dxa"/>
            <w:tcMar>
              <w:top w:w="100" w:type="dxa"/>
              <w:left w:w="100" w:type="dxa"/>
              <w:bottom w:w="100" w:type="dxa"/>
              <w:right w:w="100" w:type="dxa"/>
            </w:tcMar>
          </w:tcPr>
          <w:p w14:paraId="24DFD311" w14:textId="77777777" w:rsidR="003E6685" w:rsidRDefault="004F4230">
            <w:pPr>
              <w:spacing w:after="0"/>
            </w:pPr>
            <w:r>
              <w:rPr>
                <w:b/>
                <w:sz w:val="19"/>
              </w:rPr>
              <w:t>Indoor Air Quality / VOC (Carpet)</w:t>
            </w:r>
          </w:p>
        </w:tc>
        <w:tc>
          <w:tcPr>
            <w:tcW w:w="3120" w:type="dxa"/>
            <w:tcMar>
              <w:top w:w="100" w:type="dxa"/>
              <w:left w:w="100" w:type="dxa"/>
              <w:bottom w:w="100" w:type="dxa"/>
              <w:right w:w="100" w:type="dxa"/>
            </w:tcMar>
          </w:tcPr>
          <w:p w14:paraId="39B0ED3F" w14:textId="77777777" w:rsidR="003E6685" w:rsidRDefault="004F4230">
            <w:pPr>
              <w:spacing w:after="0"/>
            </w:pPr>
            <w:r>
              <w:rPr>
                <w:sz w:val="19"/>
              </w:rPr>
              <w:t>CRI Green Label Plus requirements or recognized equivalent standard</w:t>
            </w:r>
          </w:p>
        </w:tc>
        <w:tc>
          <w:tcPr>
            <w:tcW w:w="3120" w:type="dxa"/>
            <w:tcMar>
              <w:top w:w="100" w:type="dxa"/>
              <w:left w:w="100" w:type="dxa"/>
              <w:bottom w:w="100" w:type="dxa"/>
              <w:right w:w="100" w:type="dxa"/>
            </w:tcMar>
          </w:tcPr>
          <w:p w14:paraId="538A5AF5" w14:textId="25C715A8" w:rsidR="003E6685" w:rsidRDefault="004F4230">
            <w:pPr>
              <w:spacing w:after="0"/>
            </w:pPr>
            <w:r>
              <w:rPr>
                <w:sz w:val="19"/>
              </w:rPr>
              <w:t>[  ] CRI Green Label Plus Compliant</w:t>
            </w:r>
            <w:r>
              <w:rPr>
                <w:sz w:val="19"/>
              </w:rPr>
              <w:br/>
              <w:t>GLP Certification No: ___________________</w:t>
            </w:r>
            <w:r w:rsidR="00AD3E9C">
              <w:rPr>
                <w:sz w:val="19"/>
              </w:rPr>
              <w:t>__</w:t>
            </w:r>
          </w:p>
        </w:tc>
      </w:tr>
      <w:tr w:rsidR="003E6685" w14:paraId="41664C4C" w14:textId="77777777">
        <w:trPr>
          <w:jc w:val="center"/>
        </w:trPr>
        <w:tc>
          <w:tcPr>
            <w:tcW w:w="3120" w:type="dxa"/>
            <w:tcMar>
              <w:top w:w="100" w:type="dxa"/>
              <w:left w:w="100" w:type="dxa"/>
              <w:bottom w:w="100" w:type="dxa"/>
              <w:right w:w="100" w:type="dxa"/>
            </w:tcMar>
          </w:tcPr>
          <w:p w14:paraId="3CB4C6B5" w14:textId="77777777" w:rsidR="003E6685" w:rsidRDefault="004F4230">
            <w:pPr>
              <w:spacing w:after="0"/>
            </w:pPr>
            <w:r>
              <w:rPr>
                <w:b/>
                <w:sz w:val="19"/>
              </w:rPr>
              <w:t>Adhesive Low-VOC Standard</w:t>
            </w:r>
          </w:p>
        </w:tc>
        <w:tc>
          <w:tcPr>
            <w:tcW w:w="3120" w:type="dxa"/>
            <w:tcMar>
              <w:top w:w="100" w:type="dxa"/>
              <w:left w:w="100" w:type="dxa"/>
              <w:bottom w:w="100" w:type="dxa"/>
              <w:right w:w="100" w:type="dxa"/>
            </w:tcMar>
          </w:tcPr>
          <w:p w14:paraId="7E37D681" w14:textId="77777777" w:rsidR="003E6685" w:rsidRDefault="004F4230">
            <w:pPr>
              <w:spacing w:after="0"/>
            </w:pPr>
            <w:r>
              <w:rPr>
                <w:sz w:val="19"/>
              </w:rPr>
              <w:t>Low-VOC product meeting CRI Green Label Plus or recognized equivalent low-emitting standard</w:t>
            </w:r>
          </w:p>
        </w:tc>
        <w:tc>
          <w:tcPr>
            <w:tcW w:w="3120" w:type="dxa"/>
            <w:tcMar>
              <w:top w:w="100" w:type="dxa"/>
              <w:left w:w="100" w:type="dxa"/>
              <w:bottom w:w="100" w:type="dxa"/>
              <w:right w:w="100" w:type="dxa"/>
            </w:tcMar>
          </w:tcPr>
          <w:p w14:paraId="3F2D2161" w14:textId="566D0813" w:rsidR="003E6685" w:rsidRDefault="004F4230">
            <w:pPr>
              <w:spacing w:after="0"/>
            </w:pPr>
            <w:r>
              <w:rPr>
                <w:sz w:val="19"/>
              </w:rPr>
              <w:t>Adhesive Brand/Model: __________________</w:t>
            </w:r>
            <w:r w:rsidR="00292C7B">
              <w:rPr>
                <w:sz w:val="19"/>
              </w:rPr>
              <w:t>___</w:t>
            </w:r>
            <w:r>
              <w:rPr>
                <w:sz w:val="19"/>
              </w:rPr>
              <w:br/>
              <w:t>[  ] CRI Green Label Plus Certified</w:t>
            </w:r>
          </w:p>
        </w:tc>
      </w:tr>
      <w:tr w:rsidR="003E6685" w14:paraId="4C32B19C" w14:textId="77777777">
        <w:trPr>
          <w:jc w:val="center"/>
        </w:trPr>
        <w:tc>
          <w:tcPr>
            <w:tcW w:w="3120" w:type="dxa"/>
            <w:tcMar>
              <w:top w:w="100" w:type="dxa"/>
              <w:left w:w="100" w:type="dxa"/>
              <w:bottom w:w="100" w:type="dxa"/>
              <w:right w:w="100" w:type="dxa"/>
            </w:tcMar>
          </w:tcPr>
          <w:p w14:paraId="0C89D315" w14:textId="77777777" w:rsidR="003E6685" w:rsidRDefault="004F4230">
            <w:pPr>
              <w:spacing w:after="0"/>
            </w:pPr>
            <w:r>
              <w:rPr>
                <w:b/>
                <w:sz w:val="19"/>
              </w:rPr>
              <w:t>Transition Materials</w:t>
            </w:r>
          </w:p>
        </w:tc>
        <w:tc>
          <w:tcPr>
            <w:tcW w:w="3120" w:type="dxa"/>
            <w:tcMar>
              <w:top w:w="100" w:type="dxa"/>
              <w:left w:w="100" w:type="dxa"/>
              <w:bottom w:w="100" w:type="dxa"/>
              <w:right w:w="100" w:type="dxa"/>
            </w:tcMar>
          </w:tcPr>
          <w:p w14:paraId="1E738D72" w14:textId="77777777" w:rsidR="003E6685" w:rsidRDefault="004F4230">
            <w:pPr>
              <w:spacing w:after="0"/>
            </w:pPr>
            <w:r>
              <w:rPr>
                <w:sz w:val="19"/>
              </w:rPr>
              <w:t>Manufacturer-approved commercial transition profiles to adjacent flooring</w:t>
            </w:r>
          </w:p>
        </w:tc>
        <w:tc>
          <w:tcPr>
            <w:tcW w:w="3120" w:type="dxa"/>
            <w:tcMar>
              <w:top w:w="100" w:type="dxa"/>
              <w:left w:w="100" w:type="dxa"/>
              <w:bottom w:w="100" w:type="dxa"/>
              <w:right w:w="100" w:type="dxa"/>
            </w:tcMar>
          </w:tcPr>
          <w:p w14:paraId="52060676" w14:textId="2FDB96EC" w:rsidR="003E6685" w:rsidRDefault="004F4230">
            <w:pPr>
              <w:spacing w:after="0"/>
            </w:pPr>
            <w:r>
              <w:rPr>
                <w:sz w:val="19"/>
              </w:rPr>
              <w:t>Transition Type/Model: _________________</w:t>
            </w:r>
            <w:r w:rsidR="00292C7B">
              <w:rPr>
                <w:sz w:val="19"/>
              </w:rPr>
              <w:t>____</w:t>
            </w:r>
          </w:p>
        </w:tc>
      </w:tr>
    </w:tbl>
    <w:p w14:paraId="4FD49838" w14:textId="77777777" w:rsidR="003E6685" w:rsidRPr="0088627F" w:rsidRDefault="004F4230">
      <w:pPr>
        <w:spacing w:before="360" w:after="120"/>
        <w:rPr>
          <w:color w:val="auto"/>
        </w:rPr>
      </w:pPr>
      <w:r w:rsidRPr="0088627F">
        <w:rPr>
          <w:b/>
          <w:color w:val="auto"/>
        </w:rPr>
        <w:t>3. WARRANTY DOCUMENTATION</w:t>
      </w:r>
    </w:p>
    <w:tbl>
      <w:tblPr>
        <w:tblW w:w="0" w:type="auto"/>
        <w:jc w:val="center"/>
        <w:tblBorders>
          <w:top w:val="single" w:sz="4" w:space="0" w:color="CCCCCC"/>
          <w:bottom w:val="single" w:sz="6" w:space="0" w:color="CCCCCC"/>
          <w:insideH w:val="single" w:sz="4" w:space="0" w:color="CCCCCC"/>
        </w:tblBorders>
        <w:tblLayout w:type="fixed"/>
        <w:tblLook w:val="04A0" w:firstRow="1" w:lastRow="0" w:firstColumn="1" w:lastColumn="0" w:noHBand="0" w:noVBand="1"/>
      </w:tblPr>
      <w:tblGrid>
        <w:gridCol w:w="3120"/>
        <w:gridCol w:w="3120"/>
        <w:gridCol w:w="3120"/>
      </w:tblGrid>
      <w:tr w:rsidR="003E6685" w14:paraId="0F5840F0" w14:textId="77777777" w:rsidTr="0088627F">
        <w:trPr>
          <w:jc w:val="center"/>
        </w:trPr>
        <w:tc>
          <w:tcPr>
            <w:tcW w:w="3120" w:type="dxa"/>
            <w:shd w:val="clear" w:color="auto" w:fill="8EBAEC"/>
            <w:tcMar>
              <w:top w:w="120" w:type="dxa"/>
              <w:left w:w="100" w:type="dxa"/>
              <w:bottom w:w="120" w:type="dxa"/>
              <w:right w:w="100" w:type="dxa"/>
            </w:tcMar>
          </w:tcPr>
          <w:p w14:paraId="29E0816C" w14:textId="77777777" w:rsidR="003E6685" w:rsidRPr="0088627F" w:rsidRDefault="004F4230">
            <w:pPr>
              <w:spacing w:after="0"/>
              <w:rPr>
                <w:bCs/>
                <w:color w:val="auto"/>
              </w:rPr>
            </w:pPr>
            <w:r w:rsidRPr="0088627F">
              <w:rPr>
                <w:bCs/>
                <w:color w:val="auto"/>
                <w:sz w:val="19"/>
              </w:rPr>
              <w:t>Warranty Component</w:t>
            </w:r>
          </w:p>
        </w:tc>
        <w:tc>
          <w:tcPr>
            <w:tcW w:w="3120" w:type="dxa"/>
            <w:shd w:val="clear" w:color="auto" w:fill="8EBAEC"/>
            <w:tcMar>
              <w:top w:w="120" w:type="dxa"/>
              <w:left w:w="100" w:type="dxa"/>
              <w:bottom w:w="120" w:type="dxa"/>
              <w:right w:w="100" w:type="dxa"/>
            </w:tcMar>
          </w:tcPr>
          <w:p w14:paraId="24D1E759" w14:textId="77777777" w:rsidR="003E6685" w:rsidRPr="0088627F" w:rsidRDefault="004F4230">
            <w:pPr>
              <w:spacing w:after="0"/>
              <w:rPr>
                <w:bCs/>
                <w:color w:val="auto"/>
              </w:rPr>
            </w:pPr>
            <w:r w:rsidRPr="0088627F">
              <w:rPr>
                <w:bCs/>
                <w:color w:val="auto"/>
                <w:sz w:val="19"/>
              </w:rPr>
              <w:t>Minimum Required Term</w:t>
            </w:r>
          </w:p>
        </w:tc>
        <w:tc>
          <w:tcPr>
            <w:tcW w:w="3120" w:type="dxa"/>
            <w:shd w:val="clear" w:color="auto" w:fill="8EBAEC"/>
            <w:tcMar>
              <w:top w:w="120" w:type="dxa"/>
              <w:left w:w="100" w:type="dxa"/>
              <w:bottom w:w="120" w:type="dxa"/>
              <w:right w:w="100" w:type="dxa"/>
            </w:tcMar>
          </w:tcPr>
          <w:p w14:paraId="23A51661" w14:textId="77777777" w:rsidR="003E6685" w:rsidRPr="0088627F" w:rsidRDefault="004F4230">
            <w:pPr>
              <w:spacing w:after="0"/>
              <w:jc w:val="center"/>
              <w:rPr>
                <w:bCs/>
                <w:color w:val="auto"/>
              </w:rPr>
            </w:pPr>
            <w:r w:rsidRPr="0088627F">
              <w:rPr>
                <w:bCs/>
                <w:color w:val="auto"/>
                <w:sz w:val="19"/>
              </w:rPr>
              <w:t>Proposed Warranty Details</w:t>
            </w:r>
            <w:r w:rsidRPr="0088627F">
              <w:rPr>
                <w:bCs/>
                <w:color w:val="auto"/>
                <w:sz w:val="19"/>
              </w:rPr>
              <w:br/>
              <w:t>(Bidder to Complete)</w:t>
            </w:r>
          </w:p>
        </w:tc>
      </w:tr>
      <w:tr w:rsidR="003E6685" w14:paraId="2781B2BB" w14:textId="77777777">
        <w:trPr>
          <w:jc w:val="center"/>
        </w:trPr>
        <w:tc>
          <w:tcPr>
            <w:tcW w:w="3120" w:type="dxa"/>
            <w:tcMar>
              <w:top w:w="100" w:type="dxa"/>
              <w:left w:w="100" w:type="dxa"/>
              <w:bottom w:w="100" w:type="dxa"/>
              <w:right w:w="100" w:type="dxa"/>
            </w:tcMar>
          </w:tcPr>
          <w:p w14:paraId="47BFE56B" w14:textId="77777777" w:rsidR="003E6685" w:rsidRDefault="004F4230">
            <w:pPr>
              <w:spacing w:after="0"/>
            </w:pPr>
            <w:r>
              <w:rPr>
                <w:b/>
                <w:sz w:val="19"/>
              </w:rPr>
              <w:t>Manufacturer Carpet Tile Warranty</w:t>
            </w:r>
          </w:p>
        </w:tc>
        <w:tc>
          <w:tcPr>
            <w:tcW w:w="3120" w:type="dxa"/>
            <w:tcMar>
              <w:top w:w="100" w:type="dxa"/>
              <w:left w:w="100" w:type="dxa"/>
              <w:bottom w:w="100" w:type="dxa"/>
              <w:right w:w="100" w:type="dxa"/>
            </w:tcMar>
          </w:tcPr>
          <w:p w14:paraId="27D1167C" w14:textId="77777777" w:rsidR="003E6685" w:rsidRDefault="004F4230">
            <w:pPr>
              <w:spacing w:after="0"/>
            </w:pPr>
            <w:r>
              <w:rPr>
                <w:sz w:val="19"/>
              </w:rPr>
              <w:t>Minimum ten (10) year manufacturer's warranty covering material defects, premature failure, wear, delamination, or backing failure under commercial use.</w:t>
            </w:r>
          </w:p>
        </w:tc>
        <w:tc>
          <w:tcPr>
            <w:tcW w:w="3120" w:type="dxa"/>
            <w:tcMar>
              <w:top w:w="100" w:type="dxa"/>
              <w:left w:w="100" w:type="dxa"/>
              <w:bottom w:w="100" w:type="dxa"/>
              <w:right w:w="100" w:type="dxa"/>
            </w:tcMar>
          </w:tcPr>
          <w:p w14:paraId="1B585A02" w14:textId="77777777" w:rsidR="003E6685" w:rsidRDefault="004F4230">
            <w:pPr>
              <w:spacing w:after="0"/>
            </w:pPr>
            <w:r>
              <w:rPr>
                <w:sz w:val="19"/>
              </w:rPr>
              <w:t>Term: __________ Years</w:t>
            </w:r>
            <w:r>
              <w:rPr>
                <w:sz w:val="19"/>
              </w:rPr>
              <w:br/>
              <w:t>[  ] Minimum 10-Yr Warranty Verified</w:t>
            </w:r>
          </w:p>
        </w:tc>
      </w:tr>
      <w:tr w:rsidR="003E6685" w14:paraId="7ECF9ABB" w14:textId="77777777">
        <w:trPr>
          <w:jc w:val="center"/>
        </w:trPr>
        <w:tc>
          <w:tcPr>
            <w:tcW w:w="3120" w:type="dxa"/>
            <w:tcMar>
              <w:top w:w="100" w:type="dxa"/>
              <w:left w:w="100" w:type="dxa"/>
              <w:bottom w:w="100" w:type="dxa"/>
              <w:right w:w="100" w:type="dxa"/>
            </w:tcMar>
          </w:tcPr>
          <w:p w14:paraId="35B265A8" w14:textId="77777777" w:rsidR="003E6685" w:rsidRDefault="004F4230">
            <w:pPr>
              <w:spacing w:after="0"/>
            </w:pPr>
            <w:r>
              <w:rPr>
                <w:b/>
                <w:sz w:val="19"/>
              </w:rPr>
              <w:t>Adhesive &amp; Transition Warranty</w:t>
            </w:r>
          </w:p>
        </w:tc>
        <w:tc>
          <w:tcPr>
            <w:tcW w:w="3120" w:type="dxa"/>
            <w:tcMar>
              <w:top w:w="100" w:type="dxa"/>
              <w:left w:w="100" w:type="dxa"/>
              <w:bottom w:w="100" w:type="dxa"/>
              <w:right w:w="100" w:type="dxa"/>
            </w:tcMar>
          </w:tcPr>
          <w:p w14:paraId="17F2C0F0" w14:textId="77777777" w:rsidR="003E6685" w:rsidRDefault="004F4230">
            <w:pPr>
              <w:spacing w:after="0"/>
            </w:pPr>
            <w:r>
              <w:rPr>
                <w:sz w:val="19"/>
              </w:rPr>
              <w:t>Manufacturer's standard commercial product warranty.</w:t>
            </w:r>
          </w:p>
        </w:tc>
        <w:tc>
          <w:tcPr>
            <w:tcW w:w="3120" w:type="dxa"/>
            <w:tcMar>
              <w:top w:w="100" w:type="dxa"/>
              <w:left w:w="100" w:type="dxa"/>
              <w:bottom w:w="100" w:type="dxa"/>
              <w:right w:w="100" w:type="dxa"/>
            </w:tcMar>
          </w:tcPr>
          <w:p w14:paraId="56E08809" w14:textId="77777777" w:rsidR="003E6685" w:rsidRDefault="004F4230">
            <w:pPr>
              <w:spacing w:after="0"/>
            </w:pPr>
            <w:r>
              <w:rPr>
                <w:sz w:val="19"/>
              </w:rPr>
              <w:t>[  ] Standard Warranty Included</w:t>
            </w:r>
            <w:r>
              <w:rPr>
                <w:sz w:val="19"/>
              </w:rPr>
              <w:br/>
              <w:t>Term: __________ Years</w:t>
            </w:r>
          </w:p>
        </w:tc>
      </w:tr>
      <w:tr w:rsidR="003E6685" w14:paraId="0DDF497A" w14:textId="77777777">
        <w:trPr>
          <w:jc w:val="center"/>
        </w:trPr>
        <w:tc>
          <w:tcPr>
            <w:tcW w:w="3120" w:type="dxa"/>
            <w:tcMar>
              <w:top w:w="100" w:type="dxa"/>
              <w:left w:w="100" w:type="dxa"/>
              <w:bottom w:w="100" w:type="dxa"/>
              <w:right w:w="100" w:type="dxa"/>
            </w:tcMar>
          </w:tcPr>
          <w:p w14:paraId="7D6FF37D" w14:textId="77777777" w:rsidR="003E6685" w:rsidRDefault="004F4230">
            <w:pPr>
              <w:spacing w:after="0"/>
            </w:pPr>
            <w:r>
              <w:rPr>
                <w:b/>
                <w:sz w:val="19"/>
              </w:rPr>
              <w:t>Special Flooring Components (Cushion, Underlayment, etc., if applicable)</w:t>
            </w:r>
          </w:p>
        </w:tc>
        <w:tc>
          <w:tcPr>
            <w:tcW w:w="3120" w:type="dxa"/>
            <w:tcMar>
              <w:top w:w="100" w:type="dxa"/>
              <w:left w:w="100" w:type="dxa"/>
              <w:bottom w:w="100" w:type="dxa"/>
              <w:right w:w="100" w:type="dxa"/>
            </w:tcMar>
          </w:tcPr>
          <w:p w14:paraId="4ADCF07B" w14:textId="77777777" w:rsidR="003E6685" w:rsidRDefault="004F4230">
            <w:pPr>
              <w:spacing w:after="0"/>
            </w:pPr>
            <w:r>
              <w:rPr>
                <w:sz w:val="19"/>
              </w:rPr>
              <w:t>Warranted in accordance with written manufacturer documentation; commences upon Phase Acceptance.</w:t>
            </w:r>
          </w:p>
        </w:tc>
        <w:tc>
          <w:tcPr>
            <w:tcW w:w="3120" w:type="dxa"/>
            <w:tcMar>
              <w:top w:w="100" w:type="dxa"/>
              <w:left w:w="100" w:type="dxa"/>
              <w:bottom w:w="100" w:type="dxa"/>
              <w:right w:w="100" w:type="dxa"/>
            </w:tcMar>
          </w:tcPr>
          <w:p w14:paraId="19027215" w14:textId="77777777" w:rsidR="003E6685" w:rsidRDefault="004F4230">
            <w:pPr>
              <w:spacing w:after="0"/>
            </w:pPr>
            <w:r>
              <w:rPr>
                <w:sz w:val="19"/>
              </w:rPr>
              <w:t>[  ] N/A</w:t>
            </w:r>
            <w:r>
              <w:rPr>
                <w:sz w:val="19"/>
              </w:rPr>
              <w:br/>
              <w:t>[  ] Standard Warranty Included</w:t>
            </w:r>
            <w:r>
              <w:rPr>
                <w:sz w:val="19"/>
              </w:rPr>
              <w:br/>
              <w:t>Term: __________ Years</w:t>
            </w:r>
          </w:p>
        </w:tc>
      </w:tr>
    </w:tbl>
    <w:p w14:paraId="4A12897D" w14:textId="77777777" w:rsidR="003E6685" w:rsidRDefault="004F4230">
      <w:pPr>
        <w:spacing w:before="360" w:after="120"/>
      </w:pPr>
      <w:r w:rsidRPr="0088627F">
        <w:rPr>
          <w:b/>
          <w:color w:val="auto"/>
        </w:rPr>
        <w:t>4. BIDDER CERTIFICATION &amp; SIGN-OFF</w:t>
      </w:r>
    </w:p>
    <w:p w14:paraId="443154C8" w14:textId="77777777" w:rsidR="003E6685" w:rsidRDefault="004F4230">
      <w:pPr>
        <w:spacing w:after="280"/>
      </w:pPr>
      <w:r>
        <w:rPr>
          <w:sz w:val="20"/>
        </w:rPr>
        <w:t>By signing below, the Bidder certifies that the carpet tile product and associated materials proposed in this form meet or exceed all technical criteria and warranty terms outlined in Section 5.0 and Section 6.0 of the DHRD IFB No. 27-02-ASO solicitation. The Bidder acknowledges that final color and pattern configurations will be selected by the State post-award from the standard commercial product line of the manufacturer identified herein at no additional cost, and that no product substitutions will be permitted without prior formal written approval from the State.</w:t>
      </w:r>
    </w:p>
    <w:p w14:paraId="338E445D" w14:textId="77777777" w:rsidR="003E6685" w:rsidRDefault="004F4230">
      <w:pPr>
        <w:spacing w:before="240" w:after="400"/>
      </w:pPr>
      <w:r>
        <w:rPr>
          <w:sz w:val="21"/>
        </w:rPr>
        <w:lastRenderedPageBreak/>
        <w:t>Authorized Signature: ___________________________          Date: ________________________</w:t>
      </w:r>
    </w:p>
    <w:p w14:paraId="73E1771A" w14:textId="77777777" w:rsidR="003E6685" w:rsidRDefault="004F4230">
      <w:pPr>
        <w:spacing w:after="80"/>
      </w:pPr>
      <w:r>
        <w:rPr>
          <w:sz w:val="21"/>
        </w:rPr>
        <w:t>Printed Name: _________________________________</w:t>
      </w:r>
    </w:p>
    <w:p w14:paraId="2BA3200D" w14:textId="0D933CED" w:rsidR="003E6685" w:rsidRDefault="004F4230">
      <w:pPr>
        <w:spacing w:after="80"/>
      </w:pPr>
      <w:r>
        <w:rPr>
          <w:sz w:val="21"/>
        </w:rPr>
        <w:t>Title / Position:</w:t>
      </w:r>
      <w:r w:rsidR="00292C7B">
        <w:rPr>
          <w:sz w:val="21"/>
        </w:rPr>
        <w:t xml:space="preserve"> </w:t>
      </w:r>
      <w:r>
        <w:rPr>
          <w:sz w:val="21"/>
        </w:rPr>
        <w:t>_______________________________</w:t>
      </w:r>
      <w:r w:rsidR="00292C7B">
        <w:rPr>
          <w:sz w:val="19"/>
        </w:rPr>
        <w:t>__</w:t>
      </w:r>
    </w:p>
    <w:sectPr w:rsidR="003E6685"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31173" w14:textId="77777777" w:rsidR="00195171" w:rsidRDefault="00195171" w:rsidP="00AD10A5">
      <w:pPr>
        <w:spacing w:after="0" w:line="240" w:lineRule="auto"/>
      </w:pPr>
      <w:r>
        <w:separator/>
      </w:r>
    </w:p>
  </w:endnote>
  <w:endnote w:type="continuationSeparator" w:id="0">
    <w:p w14:paraId="1CC21085" w14:textId="77777777" w:rsidR="00195171" w:rsidRDefault="00195171" w:rsidP="00AD1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BC98" w14:textId="6064A98B" w:rsidR="00AD10A5" w:rsidRPr="009C023C" w:rsidRDefault="00AD10A5">
    <w:pPr>
      <w:pStyle w:val="Footer"/>
      <w:rPr>
        <w:rFonts w:cs="Arial"/>
        <w:b/>
        <w:bCs/>
        <w:sz w:val="24"/>
        <w:szCs w:val="24"/>
      </w:rPr>
    </w:pPr>
    <w:r w:rsidRPr="009C023C">
      <w:rPr>
        <w:rFonts w:cs="Arial"/>
        <w:b/>
        <w:bCs/>
        <w:sz w:val="24"/>
        <w:szCs w:val="24"/>
      </w:rPr>
      <w:t>Carpet Tile Product Form</w:t>
    </w:r>
    <w:r w:rsidRPr="009C023C">
      <w:rPr>
        <w:rFonts w:cs="Arial"/>
        <w:b/>
        <w:bCs/>
        <w:sz w:val="24"/>
        <w:szCs w:val="24"/>
      </w:rPr>
      <w:tab/>
    </w:r>
    <w:r w:rsidRPr="009C023C">
      <w:rPr>
        <w:rFonts w:cs="Arial"/>
        <w:b/>
        <w:bCs/>
        <w:sz w:val="24"/>
        <w:szCs w:val="24"/>
      </w:rPr>
      <w:tab/>
      <w:t>DHRD IFB No. 27-02-ASO</w:t>
    </w:r>
  </w:p>
  <w:p w14:paraId="058256CB" w14:textId="06B9F571" w:rsidR="00F96606" w:rsidRPr="009C023C" w:rsidRDefault="00F96606">
    <w:pPr>
      <w:pStyle w:val="Footer"/>
      <w:rPr>
        <w:rFonts w:cs="Arial"/>
        <w:b/>
        <w:bCs/>
        <w:sz w:val="24"/>
        <w:szCs w:val="24"/>
      </w:rPr>
    </w:pPr>
    <w:r w:rsidRPr="009C023C">
      <w:rPr>
        <w:rFonts w:cs="Arial"/>
        <w:b/>
        <w:bCs/>
        <w:sz w:val="24"/>
        <w:szCs w:val="24"/>
      </w:rPr>
      <w:tab/>
    </w:r>
    <w:r w:rsidRPr="009C023C">
      <w:rPr>
        <w:rFonts w:cs="Arial"/>
        <w:b/>
        <w:bCs/>
        <w:sz w:val="24"/>
        <w:szCs w:val="24"/>
      </w:rPr>
      <w:tab/>
      <w:t>2026-09-29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BDC0D" w14:textId="77777777" w:rsidR="00195171" w:rsidRDefault="00195171" w:rsidP="00AD10A5">
      <w:pPr>
        <w:spacing w:after="0" w:line="240" w:lineRule="auto"/>
      </w:pPr>
      <w:r>
        <w:separator/>
      </w:r>
    </w:p>
  </w:footnote>
  <w:footnote w:type="continuationSeparator" w:id="0">
    <w:p w14:paraId="48E1D42C" w14:textId="77777777" w:rsidR="00195171" w:rsidRDefault="00195171" w:rsidP="00AD10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7671104">
    <w:abstractNumId w:val="8"/>
  </w:num>
  <w:num w:numId="2" w16cid:durableId="565261100">
    <w:abstractNumId w:val="6"/>
  </w:num>
  <w:num w:numId="3" w16cid:durableId="611325688">
    <w:abstractNumId w:val="5"/>
  </w:num>
  <w:num w:numId="4" w16cid:durableId="1635138168">
    <w:abstractNumId w:val="4"/>
  </w:num>
  <w:num w:numId="5" w16cid:durableId="1020736650">
    <w:abstractNumId w:val="7"/>
  </w:num>
  <w:num w:numId="6" w16cid:durableId="1954628276">
    <w:abstractNumId w:val="3"/>
  </w:num>
  <w:num w:numId="7" w16cid:durableId="1139956797">
    <w:abstractNumId w:val="2"/>
  </w:num>
  <w:num w:numId="8" w16cid:durableId="407269068">
    <w:abstractNumId w:val="1"/>
  </w:num>
  <w:num w:numId="9" w16cid:durableId="1370759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79C"/>
    <w:rsid w:val="00147879"/>
    <w:rsid w:val="0015074B"/>
    <w:rsid w:val="00195171"/>
    <w:rsid w:val="001A6107"/>
    <w:rsid w:val="00222B09"/>
    <w:rsid w:val="00261B5D"/>
    <w:rsid w:val="00292C7B"/>
    <w:rsid w:val="0029639D"/>
    <w:rsid w:val="002E35B0"/>
    <w:rsid w:val="00326F90"/>
    <w:rsid w:val="003613E0"/>
    <w:rsid w:val="003E6685"/>
    <w:rsid w:val="004F4230"/>
    <w:rsid w:val="005178EE"/>
    <w:rsid w:val="005A6961"/>
    <w:rsid w:val="005C612F"/>
    <w:rsid w:val="00601640"/>
    <w:rsid w:val="006F46E9"/>
    <w:rsid w:val="0088627F"/>
    <w:rsid w:val="00966B6C"/>
    <w:rsid w:val="009C023C"/>
    <w:rsid w:val="00AA1D8D"/>
    <w:rsid w:val="00AD10A5"/>
    <w:rsid w:val="00AD3E9C"/>
    <w:rsid w:val="00B47730"/>
    <w:rsid w:val="00BA3A06"/>
    <w:rsid w:val="00C074C2"/>
    <w:rsid w:val="00CB0664"/>
    <w:rsid w:val="00D5500A"/>
    <w:rsid w:val="00E14EA4"/>
    <w:rsid w:val="00EF458D"/>
    <w:rsid w:val="00F966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465A21"/>
  <w14:defaultImageDpi w14:val="300"/>
  <w15:docId w15:val="{EB1E5738-30CD-44AA-8D07-07E588C91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Lam, Patrick CY</cp:lastModifiedBy>
  <cp:revision>7</cp:revision>
  <dcterms:created xsi:type="dcterms:W3CDTF">2026-09-30T03:23:00Z</dcterms:created>
  <dcterms:modified xsi:type="dcterms:W3CDTF">2026-09-30T05:08:00Z</dcterms:modified>
  <cp:category/>
</cp:coreProperties>
</file>